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45" w:rsidRDefault="00B2748B">
      <w:pPr>
        <w:jc w:val="center"/>
      </w:pPr>
      <w:r>
        <w:rPr>
          <w:b/>
        </w:rPr>
        <w:t>C</w:t>
      </w:r>
      <w:r>
        <w:rPr>
          <w:b/>
        </w:rPr>
        <w:t>Ộ</w:t>
      </w:r>
      <w:r>
        <w:rPr>
          <w:b/>
        </w:rPr>
        <w:t>NG HÒA XÃ H</w:t>
      </w:r>
      <w:r>
        <w:rPr>
          <w:b/>
        </w:rPr>
        <w:t>Ộ</w:t>
      </w:r>
      <w:r>
        <w:rPr>
          <w:b/>
        </w:rPr>
        <w:t>I CH</w:t>
      </w:r>
      <w:r>
        <w:rPr>
          <w:b/>
        </w:rPr>
        <w:t>Ủ</w:t>
      </w:r>
      <w:r>
        <w:rPr>
          <w:b/>
        </w:rPr>
        <w:t xml:space="preserve"> NGHĨA VI</w:t>
      </w:r>
      <w:r>
        <w:rPr>
          <w:b/>
        </w:rPr>
        <w:t>Ệ</w:t>
      </w:r>
      <w:r>
        <w:rPr>
          <w:b/>
        </w:rPr>
        <w:t>T NAM</w:t>
      </w:r>
      <w:r>
        <w:rPr>
          <w:b/>
        </w:rPr>
        <w:br/>
        <w:t>Đ</w:t>
      </w:r>
      <w:r>
        <w:rPr>
          <w:b/>
        </w:rPr>
        <w:t>ộ</w:t>
      </w:r>
      <w:r>
        <w:rPr>
          <w:b/>
        </w:rPr>
        <w:t>c l</w:t>
      </w:r>
      <w:r>
        <w:rPr>
          <w:b/>
        </w:rPr>
        <w:t>ậ</w:t>
      </w:r>
      <w:r>
        <w:rPr>
          <w:b/>
        </w:rPr>
        <w:t>p - T</w:t>
      </w:r>
      <w:r>
        <w:rPr>
          <w:b/>
        </w:rPr>
        <w:t>ự</w:t>
      </w:r>
      <w:r>
        <w:rPr>
          <w:b/>
        </w:rPr>
        <w:t xml:space="preserve"> do - H</w:t>
      </w:r>
      <w:r>
        <w:rPr>
          <w:b/>
        </w:rPr>
        <w:t>ạ</w:t>
      </w:r>
      <w:r>
        <w:rPr>
          <w:b/>
        </w:rPr>
        <w:t>nh phúc</w:t>
      </w:r>
      <w:r>
        <w:br/>
        <w:t>--------------------</w:t>
      </w:r>
    </w:p>
    <w:p w:rsidR="00703645" w:rsidRDefault="00B2748B">
      <w:pPr>
        <w:jc w:val="center"/>
      </w:pPr>
      <w:r>
        <w:rPr>
          <w:b/>
          <w:sz w:val="32"/>
        </w:rPr>
        <w:t>ĐƠN KH</w:t>
      </w:r>
      <w:r>
        <w:rPr>
          <w:b/>
          <w:sz w:val="32"/>
        </w:rPr>
        <w:t>Ở</w:t>
      </w:r>
      <w:r>
        <w:rPr>
          <w:b/>
          <w:sz w:val="32"/>
        </w:rPr>
        <w:t>I KI</w:t>
      </w:r>
      <w:r>
        <w:rPr>
          <w:b/>
          <w:sz w:val="32"/>
        </w:rPr>
        <w:t>Ệ</w:t>
      </w:r>
      <w:r>
        <w:rPr>
          <w:b/>
          <w:sz w:val="32"/>
        </w:rPr>
        <w:t>N</w:t>
      </w:r>
      <w:r>
        <w:rPr>
          <w:i/>
          <w:sz w:val="24"/>
        </w:rPr>
        <w:br/>
        <w:t>(V/v: Ly hôn, tranh ch</w:t>
      </w:r>
      <w:r>
        <w:rPr>
          <w:i/>
          <w:sz w:val="24"/>
        </w:rPr>
        <w:t>ấ</w:t>
      </w:r>
      <w:r>
        <w:rPr>
          <w:i/>
          <w:sz w:val="24"/>
        </w:rPr>
        <w:t>p v</w:t>
      </w:r>
      <w:r>
        <w:rPr>
          <w:i/>
          <w:sz w:val="24"/>
        </w:rPr>
        <w:t>ề</w:t>
      </w:r>
      <w:r>
        <w:rPr>
          <w:i/>
          <w:sz w:val="24"/>
        </w:rPr>
        <w:t xml:space="preserve"> nuôi con, tài s</w:t>
      </w:r>
      <w:r>
        <w:rPr>
          <w:i/>
          <w:sz w:val="24"/>
        </w:rPr>
        <w:t>ả</w:t>
      </w:r>
      <w:r>
        <w:rPr>
          <w:i/>
          <w:sz w:val="24"/>
        </w:rPr>
        <w:t xml:space="preserve">n chung </w:t>
      </w:r>
      <w:r>
        <w:rPr>
          <w:i/>
          <w:sz w:val="24"/>
        </w:rPr>
        <w:t>n</w:t>
      </w:r>
      <w:r>
        <w:rPr>
          <w:i/>
          <w:sz w:val="24"/>
        </w:rPr>
        <w:t>ế</w:t>
      </w:r>
      <w:r>
        <w:rPr>
          <w:i/>
          <w:sz w:val="24"/>
        </w:rPr>
        <w:t>u có)</w:t>
      </w:r>
    </w:p>
    <w:p w:rsidR="00703645" w:rsidRDefault="00B2748B">
      <w:pPr>
        <w:spacing w:after="40"/>
      </w:pPr>
      <w:r>
        <w:rPr>
          <w:b/>
        </w:rPr>
        <w:t>Kính g</w:t>
      </w:r>
      <w:r>
        <w:rPr>
          <w:b/>
        </w:rPr>
        <w:t>ử</w:t>
      </w:r>
      <w:r>
        <w:rPr>
          <w:b/>
        </w:rPr>
        <w:t>i: TÒA ÁN NHÂN DÂN KHU V</w:t>
      </w:r>
      <w:r>
        <w:rPr>
          <w:b/>
        </w:rPr>
        <w:t>Ự</w:t>
      </w:r>
      <w:r>
        <w:rPr>
          <w:b/>
        </w:rPr>
        <w:t>C</w:t>
      </w:r>
      <w:r>
        <w:t xml:space="preserve"> .......................................................</w:t>
      </w:r>
    </w:p>
    <w:p w:rsidR="00703645" w:rsidRDefault="00B2748B">
      <w:r>
        <w:rPr>
          <w:b/>
        </w:rPr>
        <w:t>1. Ngư</w:t>
      </w:r>
      <w:r>
        <w:rPr>
          <w:b/>
        </w:rPr>
        <w:t>ờ</w:t>
      </w:r>
      <w:r>
        <w:rPr>
          <w:b/>
        </w:rPr>
        <w:t>i kh</w:t>
      </w:r>
      <w:r>
        <w:rPr>
          <w:b/>
        </w:rPr>
        <w:t>ở</w:t>
      </w:r>
      <w:r>
        <w:rPr>
          <w:b/>
        </w:rPr>
        <w:t>i ki</w:t>
      </w:r>
      <w:r>
        <w:rPr>
          <w:b/>
        </w:rPr>
        <w:t>ệ</w:t>
      </w:r>
      <w:r>
        <w:rPr>
          <w:b/>
        </w:rPr>
        <w:t>n:</w:t>
      </w:r>
    </w:p>
    <w:p w:rsidR="00703645" w:rsidRDefault="00B2748B">
      <w:pPr>
        <w:spacing w:after="40"/>
      </w:pPr>
      <w:r>
        <w:rPr>
          <w:b/>
        </w:rPr>
        <w:t>H</w:t>
      </w:r>
      <w:r>
        <w:rPr>
          <w:b/>
        </w:rPr>
        <w:t>ọ</w:t>
      </w:r>
      <w:r>
        <w:rPr>
          <w:b/>
        </w:rPr>
        <w:t xml:space="preserve"> và tên:</w:t>
      </w:r>
      <w:r>
        <w:t xml:space="preserve"> ......................................................................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Ngày, tháng, năm sinh:</w:t>
      </w:r>
      <w:r>
        <w:t xml:space="preserve"> .................................</w:t>
      </w:r>
      <w:r>
        <w:t>.....................................</w:t>
      </w:r>
    </w:p>
    <w:p w:rsidR="00703645" w:rsidRDefault="00B2748B">
      <w:pPr>
        <w:spacing w:after="40"/>
      </w:pPr>
      <w:r>
        <w:rPr>
          <w:b/>
        </w:rPr>
        <w:t>S</w:t>
      </w:r>
      <w:r>
        <w:rPr>
          <w:b/>
        </w:rPr>
        <w:t>ố</w:t>
      </w:r>
      <w:r>
        <w:rPr>
          <w:b/>
        </w:rPr>
        <w:t xml:space="preserve"> CCCD/H</w:t>
      </w:r>
      <w:r>
        <w:rPr>
          <w:b/>
        </w:rPr>
        <w:t>ộ</w:t>
      </w:r>
      <w:r>
        <w:rPr>
          <w:b/>
        </w:rPr>
        <w:t xml:space="preserve"> chi</w:t>
      </w:r>
      <w:r>
        <w:rPr>
          <w:b/>
        </w:rPr>
        <w:t>ế</w:t>
      </w:r>
      <w:r>
        <w:rPr>
          <w:b/>
        </w:rPr>
        <w:t>u:</w:t>
      </w:r>
      <w:r>
        <w:t xml:space="preserve"> ......................................................................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Đ</w:t>
      </w:r>
      <w:r>
        <w:rPr>
          <w:b/>
        </w:rPr>
        <w:t>ị</w:t>
      </w:r>
      <w:r>
        <w:rPr>
          <w:b/>
        </w:rPr>
        <w:t>a ch</w:t>
      </w:r>
      <w:r>
        <w:rPr>
          <w:b/>
        </w:rPr>
        <w:t>ỉ</w:t>
      </w:r>
      <w:r>
        <w:rPr>
          <w:b/>
        </w:rPr>
        <w:t xml:space="preserve"> cư trú:</w:t>
      </w:r>
      <w:r>
        <w:t xml:space="preserve"> ......................................................................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S</w:t>
      </w:r>
      <w:r>
        <w:rPr>
          <w:b/>
        </w:rPr>
        <w:t>ố</w:t>
      </w:r>
      <w:r>
        <w:rPr>
          <w:b/>
        </w:rPr>
        <w:t xml:space="preserve"> đi</w:t>
      </w:r>
      <w:r>
        <w:rPr>
          <w:b/>
        </w:rPr>
        <w:t>ệ</w:t>
      </w:r>
      <w:r>
        <w:rPr>
          <w:b/>
        </w:rPr>
        <w:t>n tho</w:t>
      </w:r>
      <w:r>
        <w:rPr>
          <w:b/>
        </w:rPr>
        <w:t>ạ</w:t>
      </w:r>
      <w:r>
        <w:rPr>
          <w:b/>
        </w:rPr>
        <w:t>i:</w:t>
      </w:r>
      <w:r>
        <w:t xml:space="preserve"> ...........................</w:t>
      </w:r>
      <w:r>
        <w:t>...........................................</w:t>
      </w:r>
    </w:p>
    <w:p w:rsidR="00703645" w:rsidRDefault="00B2748B">
      <w:pPr>
        <w:spacing w:after="40"/>
      </w:pPr>
      <w:r>
        <w:rPr>
          <w:b/>
        </w:rPr>
        <w:t>Email (n</w:t>
      </w:r>
      <w:r>
        <w:rPr>
          <w:b/>
        </w:rPr>
        <w:t>ế</w:t>
      </w:r>
      <w:r>
        <w:rPr>
          <w:b/>
        </w:rPr>
        <w:t>u có):</w:t>
      </w:r>
      <w:r>
        <w:t xml:space="preserve"> ......................................................................</w:t>
      </w:r>
    </w:p>
    <w:p w:rsidR="00703645" w:rsidRDefault="00B2748B">
      <w:r>
        <w:rPr>
          <w:b/>
        </w:rPr>
        <w:t>2. Ngư</w:t>
      </w:r>
      <w:r>
        <w:rPr>
          <w:b/>
        </w:rPr>
        <w:t>ờ</w:t>
      </w:r>
      <w:r>
        <w:rPr>
          <w:b/>
        </w:rPr>
        <w:t>i b</w:t>
      </w:r>
      <w:r>
        <w:rPr>
          <w:b/>
        </w:rPr>
        <w:t>ị</w:t>
      </w:r>
      <w:r>
        <w:rPr>
          <w:b/>
        </w:rPr>
        <w:t xml:space="preserve"> ki</w:t>
      </w:r>
      <w:r>
        <w:rPr>
          <w:b/>
        </w:rPr>
        <w:t>ệ</w:t>
      </w:r>
      <w:r>
        <w:rPr>
          <w:b/>
        </w:rPr>
        <w:t>n:</w:t>
      </w:r>
    </w:p>
    <w:p w:rsidR="00703645" w:rsidRDefault="00B2748B">
      <w:pPr>
        <w:spacing w:after="40"/>
      </w:pPr>
      <w:r>
        <w:rPr>
          <w:b/>
        </w:rPr>
        <w:t>H</w:t>
      </w:r>
      <w:r>
        <w:rPr>
          <w:b/>
        </w:rPr>
        <w:t>ọ</w:t>
      </w:r>
      <w:r>
        <w:rPr>
          <w:b/>
        </w:rPr>
        <w:t xml:space="preserve"> và tên:</w:t>
      </w:r>
      <w:r>
        <w:t xml:space="preserve"> 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Ngày, tháng, năm sinh:</w:t>
      </w:r>
      <w:r>
        <w:t xml:space="preserve"> ..........</w:t>
      </w:r>
      <w:r>
        <w:t>....................................................</w:t>
      </w:r>
    </w:p>
    <w:p w:rsidR="00703645" w:rsidRDefault="00B2748B">
      <w:pPr>
        <w:spacing w:after="40"/>
      </w:pPr>
      <w:r>
        <w:rPr>
          <w:b/>
        </w:rPr>
        <w:t>S</w:t>
      </w:r>
      <w:r>
        <w:rPr>
          <w:b/>
        </w:rPr>
        <w:t>ố</w:t>
      </w:r>
      <w:r>
        <w:rPr>
          <w:b/>
        </w:rPr>
        <w:t xml:space="preserve"> CCCD/H</w:t>
      </w:r>
      <w:r>
        <w:rPr>
          <w:b/>
        </w:rPr>
        <w:t>ộ</w:t>
      </w:r>
      <w:r>
        <w:rPr>
          <w:b/>
        </w:rPr>
        <w:t xml:space="preserve"> chi</w:t>
      </w:r>
      <w:r>
        <w:rPr>
          <w:b/>
        </w:rPr>
        <w:t>ế</w:t>
      </w:r>
      <w:r>
        <w:rPr>
          <w:b/>
        </w:rPr>
        <w:t>u (n</w:t>
      </w:r>
      <w:r>
        <w:rPr>
          <w:b/>
        </w:rPr>
        <w:t>ế</w:t>
      </w:r>
      <w:r>
        <w:rPr>
          <w:b/>
        </w:rPr>
        <w:t>u bi</w:t>
      </w:r>
      <w:r>
        <w:rPr>
          <w:b/>
        </w:rPr>
        <w:t>ế</w:t>
      </w:r>
      <w:r>
        <w:rPr>
          <w:b/>
        </w:rPr>
        <w:t>t):</w:t>
      </w:r>
      <w:r>
        <w:t xml:space="preserve"> 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Đ</w:t>
      </w:r>
      <w:r>
        <w:rPr>
          <w:b/>
        </w:rPr>
        <w:t>ị</w:t>
      </w:r>
      <w:r>
        <w:rPr>
          <w:b/>
        </w:rPr>
        <w:t>a ch</w:t>
      </w:r>
      <w:r>
        <w:rPr>
          <w:b/>
        </w:rPr>
        <w:t>ỉ</w:t>
      </w:r>
      <w:r>
        <w:rPr>
          <w:b/>
        </w:rPr>
        <w:t xml:space="preserve"> cư trú/làm vi</w:t>
      </w:r>
      <w:r>
        <w:rPr>
          <w:b/>
        </w:rPr>
        <w:t>ệ</w:t>
      </w:r>
      <w:r>
        <w:rPr>
          <w:b/>
        </w:rPr>
        <w:t>c hi</w:t>
      </w:r>
      <w:r>
        <w:rPr>
          <w:b/>
        </w:rPr>
        <w:t>ệ</w:t>
      </w:r>
      <w:r>
        <w:rPr>
          <w:b/>
        </w:rPr>
        <w:t>n t</w:t>
      </w:r>
      <w:r>
        <w:rPr>
          <w:b/>
        </w:rPr>
        <w:t>ạ</w:t>
      </w:r>
      <w:r>
        <w:rPr>
          <w:b/>
        </w:rPr>
        <w:t>i:</w:t>
      </w:r>
      <w:r>
        <w:t xml:space="preserve"> ..............................................................</w:t>
      </w:r>
    </w:p>
    <w:p w:rsidR="00703645" w:rsidRDefault="00B2748B">
      <w:pPr>
        <w:spacing w:after="40"/>
      </w:pPr>
      <w:r>
        <w:rPr>
          <w:b/>
        </w:rPr>
        <w:t>S</w:t>
      </w:r>
      <w:r>
        <w:rPr>
          <w:b/>
        </w:rPr>
        <w:t>ố</w:t>
      </w:r>
      <w:r>
        <w:rPr>
          <w:b/>
        </w:rPr>
        <w:t xml:space="preserve"> đi</w:t>
      </w:r>
      <w:r>
        <w:rPr>
          <w:b/>
        </w:rPr>
        <w:t>ệ</w:t>
      </w:r>
      <w:r>
        <w:rPr>
          <w:b/>
        </w:rPr>
        <w:t>n tho</w:t>
      </w:r>
      <w:r>
        <w:rPr>
          <w:b/>
        </w:rPr>
        <w:t>ạ</w:t>
      </w:r>
      <w:r>
        <w:rPr>
          <w:b/>
        </w:rPr>
        <w:t xml:space="preserve">i </w:t>
      </w:r>
      <w:r>
        <w:rPr>
          <w:b/>
        </w:rPr>
        <w:t>(n</w:t>
      </w:r>
      <w:r>
        <w:rPr>
          <w:b/>
        </w:rPr>
        <w:t>ế</w:t>
      </w:r>
      <w:r>
        <w:rPr>
          <w:b/>
        </w:rPr>
        <w:t>u bi</w:t>
      </w:r>
      <w:r>
        <w:rPr>
          <w:b/>
        </w:rPr>
        <w:t>ế</w:t>
      </w:r>
      <w:r>
        <w:rPr>
          <w:b/>
        </w:rPr>
        <w:t>t):</w:t>
      </w:r>
      <w:r>
        <w:t xml:space="preserve"> ..............................................................</w:t>
      </w:r>
    </w:p>
    <w:p w:rsidR="00703645" w:rsidRDefault="00B2748B">
      <w:pPr>
        <w:spacing w:before="160"/>
      </w:pPr>
      <w:r>
        <w:rPr>
          <w:b/>
        </w:rPr>
        <w:t>I. QUAN H</w:t>
      </w:r>
      <w:r>
        <w:rPr>
          <w:b/>
        </w:rPr>
        <w:t>Ệ</w:t>
      </w:r>
      <w:r>
        <w:rPr>
          <w:b/>
        </w:rPr>
        <w:t xml:space="preserve"> HÔN NHÂN</w:t>
      </w:r>
    </w:p>
    <w:p w:rsidR="00703645" w:rsidRDefault="00B2748B">
      <w:r>
        <w:t>Chúng tôi đăng ký k</w:t>
      </w:r>
      <w:r>
        <w:t>ế</w:t>
      </w:r>
      <w:r>
        <w:t>t hôn ngày ...../...../.......... t</w:t>
      </w:r>
      <w:r>
        <w:t>ạ</w:t>
      </w:r>
      <w:r>
        <w:t>i ........................................................................</w:t>
      </w:r>
    </w:p>
    <w:p w:rsidR="00703645" w:rsidRDefault="00B2748B">
      <w:r>
        <w:t>Sau khi k</w:t>
      </w:r>
      <w:r>
        <w:t>ế</w:t>
      </w:r>
      <w:r>
        <w:t>t hôn, v</w:t>
      </w:r>
      <w:r>
        <w:t>ợ</w:t>
      </w:r>
      <w:r>
        <w:t xml:space="preserve"> ch</w:t>
      </w:r>
      <w:r>
        <w:t>ồ</w:t>
      </w:r>
      <w:r>
        <w:t>ng chun</w:t>
      </w:r>
      <w:r>
        <w:t>g s</w:t>
      </w:r>
      <w:r>
        <w:t>ố</w:t>
      </w:r>
      <w:r>
        <w:t>ng t</w:t>
      </w:r>
      <w:r>
        <w:t>ạ</w:t>
      </w:r>
      <w:r>
        <w:t>i ........................................................................................</w:t>
      </w:r>
    </w:p>
    <w:p w:rsidR="00703645" w:rsidRDefault="00B2748B">
      <w:r>
        <w:t>Quá trình chung s</w:t>
      </w:r>
      <w:r>
        <w:t>ố</w:t>
      </w:r>
      <w:r>
        <w:t>ng phát sinh mâu thu</w:t>
      </w:r>
      <w:r>
        <w:t>ẫ</w:t>
      </w:r>
      <w:r>
        <w:t>n t</w:t>
      </w:r>
      <w:r>
        <w:t>ừ</w:t>
      </w:r>
      <w:r>
        <w:t xml:space="preserve"> kho</w:t>
      </w:r>
      <w:r>
        <w:t>ả</w:t>
      </w:r>
      <w:r>
        <w:t>ng .........................................................................</w:t>
      </w:r>
    </w:p>
    <w:p w:rsidR="00703645" w:rsidRDefault="00B2748B">
      <w:r>
        <w:t>Nguyên nhân mâu thu</w:t>
      </w:r>
      <w:r>
        <w:t>ẫ</w:t>
      </w:r>
      <w:r>
        <w:t>n: ........</w:t>
      </w:r>
      <w:r>
        <w:t>..............................................................................................................</w:t>
      </w:r>
    </w:p>
    <w:p w:rsidR="00703645" w:rsidRDefault="00B2748B">
      <w:r>
        <w:t>.................................................................................................................................................</w:t>
      </w:r>
      <w:r>
        <w:t>...............</w:t>
      </w:r>
    </w:p>
    <w:p w:rsidR="00703645" w:rsidRDefault="00B2748B">
      <w:r>
        <w:t>Tình tr</w:t>
      </w:r>
      <w:r>
        <w:t>ạ</w:t>
      </w:r>
      <w:r>
        <w:t>ng hôn nhân hi</w:t>
      </w:r>
      <w:r>
        <w:t>ệ</w:t>
      </w:r>
      <w:r>
        <w:t>n nay: .............................................................................................................</w:t>
      </w:r>
    </w:p>
    <w:p w:rsidR="00703645" w:rsidRDefault="00B2748B">
      <w:r>
        <w:lastRenderedPageBreak/>
        <w:t>....................................................................................................</w:t>
      </w:r>
      <w:r>
        <w:t>............................................................</w:t>
      </w:r>
    </w:p>
    <w:p w:rsidR="00703645" w:rsidRDefault="00B2748B">
      <w:r>
        <w:t>Tôi nh</w:t>
      </w:r>
      <w:r>
        <w:t>ậ</w:t>
      </w:r>
      <w:r>
        <w:t>n th</w:t>
      </w:r>
      <w:r>
        <w:t>ấ</w:t>
      </w:r>
      <w:r>
        <w:t>y tình tr</w:t>
      </w:r>
      <w:r>
        <w:t>ạ</w:t>
      </w:r>
      <w:r>
        <w:t>ng hôn nhân đã tr</w:t>
      </w:r>
      <w:r>
        <w:t>ầ</w:t>
      </w:r>
      <w:r>
        <w:t>m tr</w:t>
      </w:r>
      <w:r>
        <w:t>ọ</w:t>
      </w:r>
      <w:r>
        <w:t>ng, đ</w:t>
      </w:r>
      <w:r>
        <w:t>ờ</w:t>
      </w:r>
      <w:r>
        <w:t>i s</w:t>
      </w:r>
      <w:r>
        <w:t>ố</w:t>
      </w:r>
      <w:r>
        <w:t>ng chung không th</w:t>
      </w:r>
      <w:r>
        <w:t>ể</w:t>
      </w:r>
      <w:r>
        <w:t xml:space="preserve"> kéo dài, m</w:t>
      </w:r>
      <w:r>
        <w:t>ụ</w:t>
      </w:r>
      <w:r>
        <w:t>c đích hôn nhân không đ</w:t>
      </w:r>
      <w:r>
        <w:t>ạ</w:t>
      </w:r>
      <w:r>
        <w:t>t đư</w:t>
      </w:r>
      <w:r>
        <w:t>ợ</w:t>
      </w:r>
      <w:r>
        <w:t>c. Vì v</w:t>
      </w:r>
      <w:r>
        <w:t>ậ</w:t>
      </w:r>
      <w:r>
        <w:t>y, tôi đ</w:t>
      </w:r>
      <w:r>
        <w:t>ề</w:t>
      </w:r>
      <w:r>
        <w:t xml:space="preserve"> ngh</w:t>
      </w:r>
      <w:r>
        <w:t>ị</w:t>
      </w:r>
      <w:r>
        <w:t xml:space="preserve"> Tòa án gi</w:t>
      </w:r>
      <w:r>
        <w:t>ả</w:t>
      </w:r>
      <w:r>
        <w:t>i quy</w:t>
      </w:r>
      <w:r>
        <w:t>ế</w:t>
      </w:r>
      <w:r>
        <w:t>t cho tôi đư</w:t>
      </w:r>
      <w:r>
        <w:t>ợ</w:t>
      </w:r>
      <w:r>
        <w:t>c ly hôn v</w:t>
      </w:r>
      <w:r>
        <w:t>ớ</w:t>
      </w:r>
      <w:r>
        <w:t>i ông/bà .........</w:t>
      </w:r>
      <w:r>
        <w:t>...................................................</w:t>
      </w:r>
    </w:p>
    <w:p w:rsidR="00703645" w:rsidRDefault="00B2748B">
      <w:pPr>
        <w:spacing w:before="160"/>
      </w:pPr>
      <w:r>
        <w:rPr>
          <w:b/>
        </w:rPr>
        <w:t>II. CON CHUNG</w:t>
      </w:r>
    </w:p>
    <w:p w:rsidR="00703645" w:rsidRDefault="00B2748B">
      <w:r>
        <w:t>Chúng tôi có ........ con chung:</w:t>
      </w:r>
    </w:p>
    <w:p w:rsidR="00703645" w:rsidRDefault="00B2748B">
      <w:r>
        <w:t>1. H</w:t>
      </w:r>
      <w:r>
        <w:t>ọ</w:t>
      </w:r>
      <w:r>
        <w:t xml:space="preserve"> và tên: ........................................................................ Sinh ngày: ...../...../..........</w:t>
      </w:r>
    </w:p>
    <w:p w:rsidR="00703645" w:rsidRDefault="00B2748B">
      <w:r>
        <w:t>2. H</w:t>
      </w:r>
      <w:r>
        <w:t>ọ</w:t>
      </w:r>
      <w:r>
        <w:t xml:space="preserve"> và tên: </w:t>
      </w:r>
      <w:r>
        <w:t>........................................................................ Sinh ngày: ...../...../..........</w:t>
      </w:r>
    </w:p>
    <w:p w:rsidR="00703645" w:rsidRDefault="00B2748B">
      <w:r>
        <w:t>Yêu c</w:t>
      </w:r>
      <w:r>
        <w:t>ầ</w:t>
      </w:r>
      <w:r>
        <w:t>u v</w:t>
      </w:r>
      <w:r>
        <w:t>ề</w:t>
      </w:r>
      <w:r>
        <w:t xml:space="preserve"> ngư</w:t>
      </w:r>
      <w:r>
        <w:t>ờ</w:t>
      </w:r>
      <w:r>
        <w:t>i tr</w:t>
      </w:r>
      <w:r>
        <w:t>ự</w:t>
      </w:r>
      <w:r>
        <w:t>c ti</w:t>
      </w:r>
      <w:r>
        <w:t>ế</w:t>
      </w:r>
      <w:r>
        <w:t>p nuôi con: ................................................................................................</w:t>
      </w:r>
    </w:p>
    <w:p w:rsidR="00703645" w:rsidRDefault="00B2748B">
      <w:r>
        <w:t>...............</w:t>
      </w:r>
      <w:r>
        <w:t>.................................................................................................................................................</w:t>
      </w:r>
    </w:p>
    <w:p w:rsidR="00703645" w:rsidRDefault="00B2748B">
      <w:r>
        <w:t>Yêu c</w:t>
      </w:r>
      <w:r>
        <w:t>ầ</w:t>
      </w:r>
      <w:r>
        <w:t>u v</w:t>
      </w:r>
      <w:r>
        <w:t>ề</w:t>
      </w:r>
      <w:r>
        <w:t xml:space="preserve"> c</w:t>
      </w:r>
      <w:r>
        <w:t>ấ</w:t>
      </w:r>
      <w:r>
        <w:t>p dư</w:t>
      </w:r>
      <w:r>
        <w:t>ỡ</w:t>
      </w:r>
      <w:r>
        <w:t>ng nuôi con: ...............................................................................</w:t>
      </w:r>
      <w:r>
        <w:t>.........................</w:t>
      </w:r>
    </w:p>
    <w:p w:rsidR="00703645" w:rsidRDefault="00B2748B">
      <w:r>
        <w:t>................................................................................................................................................................</w:t>
      </w:r>
    </w:p>
    <w:p w:rsidR="00703645" w:rsidRDefault="00B2748B">
      <w:r>
        <w:t>(N</w:t>
      </w:r>
      <w:r>
        <w:t>ế</w:t>
      </w:r>
      <w:r>
        <w:t>u không có con chung, ghi rõ: “Không có”.)</w:t>
      </w:r>
    </w:p>
    <w:p w:rsidR="00703645" w:rsidRDefault="00B2748B">
      <w:pPr>
        <w:spacing w:before="160"/>
      </w:pPr>
      <w:r>
        <w:rPr>
          <w:b/>
        </w:rPr>
        <w:t>III. TÀI S</w:t>
      </w:r>
      <w:r>
        <w:rPr>
          <w:b/>
        </w:rPr>
        <w:t>Ả</w:t>
      </w:r>
      <w:r>
        <w:rPr>
          <w:b/>
        </w:rPr>
        <w:t>N CHUNG</w:t>
      </w:r>
    </w:p>
    <w:p w:rsidR="00703645" w:rsidRDefault="00B2748B">
      <w:r>
        <w:t>□ Kh</w:t>
      </w:r>
      <w:r>
        <w:t>ông có tài s</w:t>
      </w:r>
      <w:r>
        <w:t>ả</w:t>
      </w:r>
      <w:r>
        <w:t>n chung.</w:t>
      </w:r>
    </w:p>
    <w:p w:rsidR="00703645" w:rsidRDefault="00B2748B">
      <w:r>
        <w:t>□ Có tài s</w:t>
      </w:r>
      <w:r>
        <w:t>ả</w:t>
      </w:r>
      <w:r>
        <w:t>n chung nhưng không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t.</w:t>
      </w:r>
    </w:p>
    <w:p w:rsidR="00703645" w:rsidRDefault="00B2748B">
      <w:r>
        <w:t>□ Có tài s</w:t>
      </w:r>
      <w:r>
        <w:t>ả</w:t>
      </w:r>
      <w:r>
        <w:t>n chung và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như sau:</w:t>
      </w:r>
    </w:p>
    <w:p w:rsidR="00703645" w:rsidRDefault="00B2748B">
      <w:r>
        <w:t>................................................................................................................................................................</w:t>
      </w:r>
    </w:p>
    <w:p w:rsidR="00703645" w:rsidRDefault="00B2748B">
      <w:r>
        <w:t>...............................................................................................</w:t>
      </w:r>
      <w:r>
        <w:t>.................................................................</w:t>
      </w:r>
    </w:p>
    <w:p w:rsidR="00703645" w:rsidRDefault="00B2748B">
      <w:r>
        <w:t>................................................................................................................................................................</w:t>
      </w:r>
    </w:p>
    <w:p w:rsidR="00703645" w:rsidRDefault="00B2748B">
      <w:pPr>
        <w:spacing w:before="160"/>
      </w:pPr>
      <w:r>
        <w:rPr>
          <w:b/>
        </w:rPr>
        <w:t>IV. N</w:t>
      </w:r>
      <w:r>
        <w:rPr>
          <w:b/>
        </w:rPr>
        <w:t>Ợ</w:t>
      </w:r>
      <w:r>
        <w:rPr>
          <w:b/>
        </w:rPr>
        <w:t xml:space="preserve"> CHUNG / NGHĨA V</w:t>
      </w:r>
      <w:r>
        <w:rPr>
          <w:b/>
        </w:rPr>
        <w:t>Ụ</w:t>
      </w:r>
      <w:r>
        <w:rPr>
          <w:b/>
        </w:rPr>
        <w:t xml:space="preserve"> TÀI S</w:t>
      </w:r>
      <w:r>
        <w:rPr>
          <w:b/>
        </w:rPr>
        <w:t>Ả</w:t>
      </w:r>
      <w:r>
        <w:rPr>
          <w:b/>
        </w:rPr>
        <w:t>N</w:t>
      </w:r>
    </w:p>
    <w:p w:rsidR="00703645" w:rsidRDefault="00B2748B">
      <w:r>
        <w:lastRenderedPageBreak/>
        <w:t>□ Không có.</w:t>
      </w:r>
    </w:p>
    <w:p w:rsidR="00703645" w:rsidRDefault="00B2748B">
      <w:r>
        <w:t>□ Có nhưng không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t.</w:t>
      </w:r>
    </w:p>
    <w:p w:rsidR="00703645" w:rsidRDefault="00B2748B">
      <w:r>
        <w:t>□ Có và yêu c</w:t>
      </w:r>
      <w:r>
        <w:t>ầ</w:t>
      </w:r>
      <w:r>
        <w:t>u Tòa án gi</w:t>
      </w:r>
      <w:r>
        <w:t>ả</w:t>
      </w:r>
      <w:r>
        <w:t>i quy</w:t>
      </w:r>
      <w:r>
        <w:t>ế</w:t>
      </w:r>
      <w:r>
        <w:t>t như sau:</w:t>
      </w:r>
    </w:p>
    <w:p w:rsidR="00703645" w:rsidRDefault="00B2748B">
      <w:r>
        <w:t>Ch</w:t>
      </w:r>
      <w:r>
        <w:t>ủ</w:t>
      </w:r>
      <w:r>
        <w:t xml:space="preserve"> n</w:t>
      </w:r>
      <w:r>
        <w:t>ợ</w:t>
      </w:r>
      <w:r>
        <w:t>/ngư</w:t>
      </w:r>
      <w:r>
        <w:t>ờ</w:t>
      </w:r>
      <w:r>
        <w:t>i có quy</w:t>
      </w:r>
      <w:r>
        <w:t>ề</w:t>
      </w:r>
      <w:r>
        <w:t>n l</w:t>
      </w:r>
      <w:r>
        <w:t>ợ</w:t>
      </w:r>
      <w:r>
        <w:t>i liên quan: ................................................................................................</w:t>
      </w:r>
    </w:p>
    <w:p w:rsidR="00703645" w:rsidRDefault="00B2748B">
      <w:r>
        <w:t>S</w:t>
      </w:r>
      <w:r>
        <w:t>ố</w:t>
      </w:r>
      <w:r>
        <w:t xml:space="preserve"> ti</w:t>
      </w:r>
      <w:r>
        <w:t>ề</w:t>
      </w:r>
      <w:r>
        <w:t>n/nghĩa v</w:t>
      </w:r>
      <w:r>
        <w:t>ụ</w:t>
      </w:r>
      <w:r>
        <w:t>: ..</w:t>
      </w:r>
      <w:r>
        <w:t>................................................................................................................................</w:t>
      </w:r>
    </w:p>
    <w:p w:rsidR="00703645" w:rsidRDefault="00B2748B">
      <w:r>
        <w:t>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t: ...........................................................................................................</w:t>
      </w:r>
      <w:r>
        <w:t>...................</w:t>
      </w:r>
    </w:p>
    <w:p w:rsidR="00703645" w:rsidRDefault="00B2748B">
      <w:r>
        <w:t>................................................................................................................................................................</w:t>
      </w:r>
    </w:p>
    <w:p w:rsidR="00703645" w:rsidRDefault="00B2748B">
      <w:pPr>
        <w:spacing w:before="160"/>
      </w:pPr>
      <w:r>
        <w:rPr>
          <w:b/>
        </w:rPr>
        <w:t>V. YÊU C</w:t>
      </w:r>
      <w:r>
        <w:rPr>
          <w:b/>
        </w:rPr>
        <w:t>Ầ</w:t>
      </w:r>
      <w:r>
        <w:rPr>
          <w:b/>
        </w:rPr>
        <w:t>U TÒA ÁN GI</w:t>
      </w:r>
      <w:r>
        <w:rPr>
          <w:b/>
        </w:rPr>
        <w:t>Ả</w:t>
      </w:r>
      <w:r>
        <w:rPr>
          <w:b/>
        </w:rPr>
        <w:t>I QUY</w:t>
      </w:r>
      <w:r>
        <w:rPr>
          <w:b/>
        </w:rPr>
        <w:t>Ế</w:t>
      </w:r>
      <w:r>
        <w:rPr>
          <w:b/>
        </w:rPr>
        <w:t>T</w:t>
      </w:r>
    </w:p>
    <w:p w:rsidR="00703645" w:rsidRDefault="00B2748B">
      <w:r>
        <w:t>1. Cho tôi đư</w:t>
      </w:r>
      <w:r>
        <w:t>ợ</w:t>
      </w:r>
      <w:r>
        <w:t>c ly hôn v</w:t>
      </w:r>
      <w:r>
        <w:t>ớ</w:t>
      </w:r>
      <w:r>
        <w:t>i ông/bà ............</w:t>
      </w:r>
      <w:r>
        <w:t>...........................................................................................</w:t>
      </w:r>
    </w:p>
    <w:p w:rsidR="00703645" w:rsidRDefault="00B2748B">
      <w:r>
        <w:t>2. V</w:t>
      </w:r>
      <w:r>
        <w:t>ề</w:t>
      </w:r>
      <w:r>
        <w:t xml:space="preserve"> con chung: ...................................................................................................................................</w:t>
      </w:r>
    </w:p>
    <w:p w:rsidR="00703645" w:rsidRDefault="00B2748B">
      <w:r>
        <w:t>3. V</w:t>
      </w:r>
      <w:r>
        <w:t>ề</w:t>
      </w:r>
      <w:r>
        <w:t xml:space="preserve"> c</w:t>
      </w:r>
      <w:r>
        <w:t>ấ</w:t>
      </w:r>
      <w:r>
        <w:t>p dư</w:t>
      </w:r>
      <w:r>
        <w:t>ỡ</w:t>
      </w:r>
      <w:r>
        <w:t>ng</w:t>
      </w:r>
      <w:r>
        <w:t>: ...................................................................................................................................</w:t>
      </w:r>
    </w:p>
    <w:p w:rsidR="00703645" w:rsidRDefault="00B2748B">
      <w:r>
        <w:t>4. V</w:t>
      </w:r>
      <w:r>
        <w:t>ề</w:t>
      </w:r>
      <w:r>
        <w:t xml:space="preserve"> tài s</w:t>
      </w:r>
      <w:r>
        <w:t>ả</w:t>
      </w:r>
      <w:r>
        <w:t>n chung: .....................................................................................................</w:t>
      </w:r>
      <w:r>
        <w:t>.........................</w:t>
      </w:r>
    </w:p>
    <w:p w:rsidR="00703645" w:rsidRDefault="00B2748B">
      <w:r>
        <w:t>5. V</w:t>
      </w:r>
      <w:r>
        <w:t>ề</w:t>
      </w:r>
      <w:r>
        <w:t xml:space="preserve"> n</w:t>
      </w:r>
      <w:r>
        <w:t>ợ</w:t>
      </w:r>
      <w:r>
        <w:t xml:space="preserve"> chung/nghĩa v</w:t>
      </w:r>
      <w:r>
        <w:t>ụ</w:t>
      </w:r>
      <w:r>
        <w:t xml:space="preserve"> tài s</w:t>
      </w:r>
      <w:r>
        <w:t>ả</w:t>
      </w:r>
      <w:r>
        <w:t>n: .........................................................................................................</w:t>
      </w:r>
    </w:p>
    <w:p w:rsidR="00703645" w:rsidRDefault="00B2748B">
      <w:pPr>
        <w:spacing w:before="160"/>
      </w:pPr>
      <w:r>
        <w:rPr>
          <w:b/>
        </w:rPr>
        <w:t>VI. TÀI LI</w:t>
      </w:r>
      <w:r>
        <w:rPr>
          <w:b/>
        </w:rPr>
        <w:t>Ệ</w:t>
      </w:r>
      <w:r>
        <w:rPr>
          <w:b/>
        </w:rPr>
        <w:t>U, CH</w:t>
      </w:r>
      <w:r>
        <w:rPr>
          <w:b/>
        </w:rPr>
        <w:t>Ứ</w:t>
      </w:r>
      <w:r>
        <w:rPr>
          <w:b/>
        </w:rPr>
        <w:t>NG C</w:t>
      </w:r>
      <w:r>
        <w:rPr>
          <w:b/>
        </w:rPr>
        <w:t>Ứ</w:t>
      </w:r>
      <w:r>
        <w:rPr>
          <w:b/>
        </w:rPr>
        <w:t xml:space="preserve"> KÈM THEO</w:t>
      </w:r>
    </w:p>
    <w:p w:rsidR="00703645" w:rsidRDefault="00B2748B">
      <w:r>
        <w:t>1.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k</w:t>
      </w:r>
      <w:r>
        <w:t>ế</w:t>
      </w:r>
      <w:r>
        <w:t>t hôn;</w:t>
      </w:r>
    </w:p>
    <w:p w:rsidR="00703645" w:rsidRDefault="00B2748B">
      <w:r>
        <w:t>2. B</w:t>
      </w:r>
      <w:r>
        <w:t>ả</w:t>
      </w:r>
      <w:r>
        <w:t>n sao gi</w:t>
      </w:r>
      <w:r>
        <w:t>ấ</w:t>
      </w:r>
      <w:r>
        <w:t>y t</w:t>
      </w:r>
      <w:r>
        <w:t>ờ</w:t>
      </w:r>
      <w:r>
        <w:t xml:space="preserve"> tùy thân c</w:t>
      </w:r>
      <w:r>
        <w:t>ủ</w:t>
      </w:r>
      <w:r>
        <w:t>a</w:t>
      </w:r>
      <w:r>
        <w:t xml:space="preserve"> ngư</w:t>
      </w:r>
      <w:r>
        <w:t>ờ</w:t>
      </w:r>
      <w:r>
        <w:t>i kh</w:t>
      </w:r>
      <w:r>
        <w:t>ở</w:t>
      </w:r>
      <w:r>
        <w:t>i ki</w:t>
      </w:r>
      <w:r>
        <w:t>ệ</w:t>
      </w:r>
      <w:r>
        <w:t>n;</w:t>
      </w:r>
    </w:p>
    <w:p w:rsidR="00703645" w:rsidRDefault="00B2748B">
      <w:r>
        <w:t>3. B</w:t>
      </w:r>
      <w:r>
        <w:t>ả</w:t>
      </w:r>
      <w:r>
        <w:t>n sao gi</w:t>
      </w:r>
      <w:r>
        <w:t>ấ</w:t>
      </w:r>
      <w:r>
        <w:t>y khai sinh c</w:t>
      </w:r>
      <w:r>
        <w:t>ủ</w:t>
      </w:r>
      <w:r>
        <w:t>a con (n</w:t>
      </w:r>
      <w:r>
        <w:t>ế</w:t>
      </w:r>
      <w:r>
        <w:t>u có);</w:t>
      </w:r>
    </w:p>
    <w:p w:rsidR="00703645" w:rsidRDefault="00B2748B">
      <w:r>
        <w:t>4. Tài li</w:t>
      </w:r>
      <w:r>
        <w:t>ệ</w:t>
      </w:r>
      <w:r>
        <w:t>u v</w:t>
      </w:r>
      <w:r>
        <w:t>ề</w:t>
      </w:r>
      <w:r>
        <w:t xml:space="preserve"> nơi cư trú/làm vi</w:t>
      </w:r>
      <w:r>
        <w:t>ệ</w:t>
      </w:r>
      <w:r>
        <w:t>c c</w:t>
      </w:r>
      <w:r>
        <w:t>ủ</w:t>
      </w:r>
      <w:r>
        <w:t>a ngư</w:t>
      </w:r>
      <w:r>
        <w:t>ờ</w:t>
      </w:r>
      <w:r>
        <w:t>i b</w:t>
      </w:r>
      <w:r>
        <w:t>ị</w:t>
      </w:r>
      <w:r>
        <w:t xml:space="preserve"> ki</w:t>
      </w:r>
      <w:r>
        <w:t>ệ</w:t>
      </w:r>
      <w:r>
        <w:t>n (n</w:t>
      </w:r>
      <w:r>
        <w:t>ế</w:t>
      </w:r>
      <w:r>
        <w:t>u có);</w:t>
      </w:r>
    </w:p>
    <w:p w:rsidR="00703645" w:rsidRDefault="00B2748B">
      <w:r>
        <w:t>5. Tài li</w:t>
      </w:r>
      <w:r>
        <w:t>ệ</w:t>
      </w:r>
      <w:r>
        <w:t>u v</w:t>
      </w:r>
      <w:r>
        <w:t>ề</w:t>
      </w:r>
      <w:r>
        <w:t xml:space="preserve"> tài s</w:t>
      </w:r>
      <w:r>
        <w:t>ả</w:t>
      </w:r>
      <w:r>
        <w:t>n, kho</w:t>
      </w:r>
      <w:r>
        <w:t>ả</w:t>
      </w:r>
      <w:r>
        <w:t>n n</w:t>
      </w:r>
      <w:r>
        <w:t>ợ</w:t>
      </w:r>
      <w:r>
        <w:t xml:space="preserve"> n</w:t>
      </w:r>
      <w:r>
        <w:t>ế</w:t>
      </w:r>
      <w:r>
        <w:t>u có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t;</w:t>
      </w:r>
    </w:p>
    <w:p w:rsidR="00703645" w:rsidRDefault="00B2748B">
      <w:r>
        <w:t>6. Tài li</w:t>
      </w:r>
      <w:r>
        <w:t>ệ</w:t>
      </w:r>
      <w:r>
        <w:t>u, ch</w:t>
      </w:r>
      <w:r>
        <w:t>ứ</w:t>
      </w:r>
      <w:r>
        <w:t>ng c</w:t>
      </w:r>
      <w:r>
        <w:t>ứ</w:t>
      </w:r>
      <w:r>
        <w:t xml:space="preserve"> ch</w:t>
      </w:r>
      <w:r>
        <w:t>ứ</w:t>
      </w:r>
      <w:r>
        <w:t>ng minh cho yêu c</w:t>
      </w:r>
      <w:r>
        <w:t>ầ</w:t>
      </w:r>
      <w:r>
        <w:t>u kh</w:t>
      </w:r>
      <w:r>
        <w:t>ở</w:t>
      </w:r>
      <w:r>
        <w:t>i ki</w:t>
      </w:r>
      <w:r>
        <w:t>ệ</w:t>
      </w:r>
      <w:r>
        <w:t>n (n</w:t>
      </w:r>
      <w:r>
        <w:t>ế</w:t>
      </w:r>
      <w:r>
        <w:t>u có);</w:t>
      </w:r>
    </w:p>
    <w:p w:rsidR="00703645" w:rsidRDefault="00B2748B">
      <w:r>
        <w:lastRenderedPageBreak/>
        <w:t>7. Tài</w:t>
      </w:r>
      <w:r>
        <w:t xml:space="preserve"> li</w:t>
      </w:r>
      <w:r>
        <w:t>ệ</w:t>
      </w:r>
      <w:r>
        <w:t>u khác: ....................................................................................................................................</w:t>
      </w:r>
    </w:p>
    <w:p w:rsidR="00703645" w:rsidRDefault="00B2748B">
      <w:r>
        <w:t>Tôi cam đoan nh</w:t>
      </w:r>
      <w:r>
        <w:t>ữ</w:t>
      </w:r>
      <w:r>
        <w:t>ng n</w:t>
      </w:r>
      <w:r>
        <w:t>ộ</w:t>
      </w:r>
      <w:r>
        <w:t>i dung trình bày và tài li</w:t>
      </w:r>
      <w:r>
        <w:t>ệ</w:t>
      </w:r>
      <w:r>
        <w:t>u g</w:t>
      </w:r>
      <w:r>
        <w:t>ử</w:t>
      </w:r>
      <w:r>
        <w:t>i kèm là đúng s</w:t>
      </w:r>
      <w:r>
        <w:t>ự</w:t>
      </w:r>
      <w:r>
        <w:t xml:space="preserve"> th</w:t>
      </w:r>
      <w:r>
        <w:t>ậ</w:t>
      </w:r>
      <w:r>
        <w:t>t và 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n</w:t>
      </w:r>
      <w:r>
        <w:t>ộ</w:t>
      </w:r>
      <w:r>
        <w:t>i dung đơn này.</w:t>
      </w:r>
    </w:p>
    <w:p w:rsidR="00703645" w:rsidRDefault="00B2748B">
      <w:pPr>
        <w:jc w:val="right"/>
      </w:pPr>
      <w:r>
        <w:rPr>
          <w:i/>
        </w:rPr>
        <w:t>...................., ngày ...... tháng ...... năm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44"/>
        <w:gridCol w:w="4844"/>
      </w:tblGrid>
      <w:tr w:rsidR="00703645">
        <w:trPr>
          <w:jc w:val="center"/>
        </w:trPr>
        <w:tc>
          <w:tcPr>
            <w:tcW w:w="4844" w:type="dxa"/>
          </w:tcPr>
          <w:p w:rsidR="00703645" w:rsidRDefault="00703645"/>
        </w:tc>
        <w:tc>
          <w:tcPr>
            <w:tcW w:w="4844" w:type="dxa"/>
          </w:tcPr>
          <w:p w:rsidR="00703645" w:rsidRDefault="00B2748B">
            <w:pPr>
              <w:jc w:val="center"/>
            </w:pPr>
            <w:r>
              <w:rPr>
                <w:b/>
              </w:rPr>
              <w:t>NGƯ</w:t>
            </w:r>
            <w:r>
              <w:rPr>
                <w:b/>
              </w:rPr>
              <w:t>Ờ</w:t>
            </w:r>
            <w:r>
              <w:rPr>
                <w:b/>
              </w:rPr>
              <w:t>I KH</w:t>
            </w:r>
            <w:r>
              <w:rPr>
                <w:b/>
              </w:rPr>
              <w:t>Ở</w:t>
            </w:r>
            <w:r>
              <w:rPr>
                <w:b/>
              </w:rPr>
              <w:t>I KI</w:t>
            </w:r>
            <w:r>
              <w:rPr>
                <w:b/>
              </w:rPr>
              <w:t>Ệ</w:t>
            </w:r>
            <w:r>
              <w:rPr>
                <w:b/>
              </w:rPr>
              <w:t>N</w:t>
            </w:r>
            <w:r>
              <w:rPr>
                <w:i/>
              </w:rPr>
              <w:br/>
              <w:t>(Ký và ghi rõ h</w:t>
            </w:r>
            <w:r>
              <w:rPr>
                <w:i/>
              </w:rPr>
              <w:t>ọ</w:t>
            </w:r>
            <w:r>
              <w:rPr>
                <w:i/>
              </w:rPr>
              <w:t xml:space="preserve"> tên)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703645" w:rsidRDefault="00B2748B">
      <w:r>
        <w:br w:type="page"/>
      </w:r>
    </w:p>
    <w:p w:rsidR="00703645" w:rsidRDefault="00B2748B">
      <w:pPr>
        <w:jc w:val="center"/>
      </w:pPr>
      <w:r>
        <w:rPr>
          <w:b/>
          <w:sz w:val="30"/>
        </w:rPr>
        <w:lastRenderedPageBreak/>
        <w:t>LƯU Ý KHI S</w:t>
      </w:r>
      <w:r>
        <w:rPr>
          <w:b/>
          <w:sz w:val="30"/>
        </w:rPr>
        <w:t>Ử</w:t>
      </w:r>
      <w:r>
        <w:rPr>
          <w:b/>
          <w:sz w:val="30"/>
        </w:rPr>
        <w:t xml:space="preserve"> D</w:t>
      </w:r>
      <w:r>
        <w:rPr>
          <w:b/>
          <w:sz w:val="30"/>
        </w:rPr>
        <w:t>Ụ</w:t>
      </w:r>
      <w:r>
        <w:rPr>
          <w:b/>
          <w:sz w:val="30"/>
        </w:rPr>
        <w:t>NG M</w:t>
      </w:r>
      <w:r>
        <w:rPr>
          <w:b/>
          <w:sz w:val="30"/>
        </w:rPr>
        <w:t>Ẫ</w:t>
      </w:r>
      <w:r>
        <w:rPr>
          <w:b/>
          <w:sz w:val="30"/>
        </w:rPr>
        <w:t>U</w:t>
      </w:r>
    </w:p>
    <w:p w:rsidR="00703645" w:rsidRDefault="00B2748B">
      <w:r>
        <w:t>• Đây là m</w:t>
      </w:r>
      <w:r>
        <w:t>ẫ</w:t>
      </w:r>
      <w:r>
        <w:t>u tham kh</w:t>
      </w:r>
      <w:r>
        <w:t>ả</w:t>
      </w:r>
      <w:r>
        <w:t>o đ</w:t>
      </w:r>
      <w:r>
        <w:t>ể</w:t>
      </w:r>
      <w:r>
        <w:t xml:space="preserve"> ngư</w:t>
      </w:r>
      <w:r>
        <w:t>ờ</w:t>
      </w:r>
      <w:r>
        <w:t>i dùng d</w:t>
      </w:r>
      <w:r>
        <w:t>ễ</w:t>
      </w:r>
      <w:r>
        <w:t xml:space="preserve"> so</w:t>
      </w:r>
      <w:r>
        <w:t>ạ</w:t>
      </w:r>
      <w:r>
        <w:t>n đơn; n</w:t>
      </w:r>
      <w:r>
        <w:t>ộ</w:t>
      </w:r>
      <w:r>
        <w:t>i dung c</w:t>
      </w:r>
      <w:r>
        <w:t>ụ</w:t>
      </w:r>
      <w:r>
        <w:t xml:space="preserve"> th</w:t>
      </w:r>
      <w:r>
        <w:t>ể</w:t>
      </w:r>
      <w:r>
        <w:t xml:space="preserve"> ph</w:t>
      </w:r>
      <w:r>
        <w:t>ả</w:t>
      </w:r>
      <w:r>
        <w:t>i đi</w:t>
      </w:r>
      <w:r>
        <w:t>ề</w:t>
      </w:r>
      <w:r>
        <w:t>u ch</w:t>
      </w:r>
      <w:r>
        <w:t>ỉ</w:t>
      </w:r>
      <w:r>
        <w:t>nh theo t</w:t>
      </w:r>
      <w:r>
        <w:t>ừ</w:t>
      </w:r>
      <w:r>
        <w:t>ng v</w:t>
      </w:r>
      <w:r>
        <w:t>ụ</w:t>
      </w:r>
      <w:r>
        <w:t xml:space="preserve"> vi</w:t>
      </w:r>
      <w:r>
        <w:t>ệ</w:t>
      </w:r>
      <w:r>
        <w:t>c.</w:t>
      </w:r>
    </w:p>
    <w:p w:rsidR="00703645" w:rsidRDefault="00B2748B">
      <w:r>
        <w:t>• Ly hôn đ</w:t>
      </w:r>
      <w:r>
        <w:t>ơn phương là v</w:t>
      </w:r>
      <w:r>
        <w:t>ụ</w:t>
      </w:r>
      <w:r>
        <w:t xml:space="preserve"> án dân s</w:t>
      </w:r>
      <w:r>
        <w:t>ự</w:t>
      </w:r>
      <w:r>
        <w:t xml:space="preserve"> v</w:t>
      </w:r>
      <w:r>
        <w:t>ề</w:t>
      </w:r>
      <w:r>
        <w:t xml:space="preserve"> hôn nhân và gia đình, nên văn b</w:t>
      </w:r>
      <w:r>
        <w:t>ả</w:t>
      </w:r>
      <w:r>
        <w:t>n kh</w:t>
      </w:r>
      <w:r>
        <w:t>ở</w:t>
      </w:r>
      <w:r>
        <w:t>i đ</w:t>
      </w:r>
      <w:r>
        <w:t>ầ</w:t>
      </w:r>
      <w:r>
        <w:t>u thư</w:t>
      </w:r>
      <w:r>
        <w:t>ờ</w:t>
      </w:r>
      <w:r>
        <w:t>ng đư</w:t>
      </w:r>
      <w:r>
        <w:t>ợ</w:t>
      </w:r>
      <w:r>
        <w:t>c l</w:t>
      </w:r>
      <w:r>
        <w:t>ậ</w:t>
      </w:r>
      <w:r>
        <w:t>p dư</w:t>
      </w:r>
      <w:r>
        <w:t>ớ</w:t>
      </w:r>
      <w:r>
        <w:t>i d</w:t>
      </w:r>
      <w:r>
        <w:t>ạ</w:t>
      </w:r>
      <w:r>
        <w:t>ng đơn kh</w:t>
      </w:r>
      <w:r>
        <w:t>ở</w:t>
      </w:r>
      <w:r>
        <w:t>i ki</w:t>
      </w:r>
      <w:r>
        <w:t>ệ</w:t>
      </w:r>
      <w:r>
        <w:t>n.</w:t>
      </w:r>
    </w:p>
    <w:p w:rsidR="00703645" w:rsidRDefault="00B2748B">
      <w:r>
        <w:t>• T</w:t>
      </w:r>
      <w:r>
        <w:t>ừ</w:t>
      </w:r>
      <w:r>
        <w:t xml:space="preserve"> ngày 01/7/2025, c</w:t>
      </w:r>
      <w:r>
        <w:t>ầ</w:t>
      </w:r>
      <w:r>
        <w:t>n ki</w:t>
      </w:r>
      <w:r>
        <w:t>ể</w:t>
      </w:r>
      <w:r>
        <w:t>m tra đúng Tòa án nhân dân khu v</w:t>
      </w:r>
      <w:r>
        <w:t>ự</w:t>
      </w:r>
      <w:r>
        <w:t>c có th</w:t>
      </w:r>
      <w:r>
        <w:t>ẩ</w:t>
      </w:r>
      <w:r>
        <w:t>m quy</w:t>
      </w:r>
      <w:r>
        <w:t>ề</w:t>
      </w:r>
      <w:r>
        <w:t>n trư</w:t>
      </w:r>
      <w:r>
        <w:t>ớ</w:t>
      </w:r>
      <w:r>
        <w:t>c khi n</w:t>
      </w:r>
      <w:r>
        <w:t>ộ</w:t>
      </w:r>
      <w:r>
        <w:t>p đơn.</w:t>
      </w:r>
    </w:p>
    <w:p w:rsidR="00703645" w:rsidRDefault="00B2748B">
      <w:r>
        <w:t>• N</w:t>
      </w:r>
      <w:r>
        <w:t>ế</w:t>
      </w:r>
      <w:r>
        <w:t>u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quy</w:t>
      </w:r>
      <w:r>
        <w:t>ề</w:t>
      </w:r>
      <w:r>
        <w:t>n nuôi con, c</w:t>
      </w:r>
      <w:r>
        <w:t>ấ</w:t>
      </w:r>
      <w:r>
        <w:t>p dư</w:t>
      </w:r>
      <w:r>
        <w:t>ỡ</w:t>
      </w:r>
      <w:r>
        <w:t>ng, tài s</w:t>
      </w:r>
      <w:r>
        <w:t>ả</w:t>
      </w:r>
      <w:r>
        <w:t>n ho</w:t>
      </w:r>
      <w:r>
        <w:t>ặ</w:t>
      </w:r>
      <w:r>
        <w:t>c n</w:t>
      </w:r>
      <w:r>
        <w:t>ợ</w:t>
      </w:r>
      <w:r>
        <w:t xml:space="preserve"> chung, nên ghi yêu c</w:t>
      </w:r>
      <w:r>
        <w:t>ầ</w:t>
      </w:r>
      <w:r>
        <w:t>u c</w:t>
      </w:r>
      <w:r>
        <w:t>ụ</w:t>
      </w:r>
      <w:r>
        <w:t xml:space="preserve"> th</w:t>
      </w:r>
      <w:r>
        <w:t>ể</w:t>
      </w:r>
      <w:r>
        <w:t xml:space="preserve"> và chu</w:t>
      </w:r>
      <w:r>
        <w:t>ẩ</w:t>
      </w:r>
      <w:r>
        <w:t>n b</w:t>
      </w:r>
      <w:r>
        <w:t>ị</w:t>
      </w:r>
      <w:r>
        <w:t xml:space="preserve"> tài li</w:t>
      </w:r>
      <w:r>
        <w:t>ệ</w:t>
      </w:r>
      <w:r>
        <w:t>u ch</w:t>
      </w:r>
      <w:r>
        <w:t>ứ</w:t>
      </w:r>
      <w:r>
        <w:t>ng minh.</w:t>
      </w:r>
    </w:p>
    <w:p w:rsidR="00703645" w:rsidRDefault="00B2748B">
      <w:r>
        <w:t>• Trư</w:t>
      </w:r>
      <w:r>
        <w:t>ờ</w:t>
      </w:r>
      <w:r>
        <w:t>ng h</w:t>
      </w:r>
      <w:r>
        <w:t>ợ</w:t>
      </w:r>
      <w:r>
        <w:t>p không bi</w:t>
      </w:r>
      <w:r>
        <w:t>ế</w:t>
      </w:r>
      <w:r>
        <w:t>t nơi cư trú hi</w:t>
      </w:r>
      <w:r>
        <w:t>ệ</w:t>
      </w:r>
      <w:r>
        <w:t>n t</w:t>
      </w:r>
      <w:r>
        <w:t>ạ</w:t>
      </w:r>
      <w:r>
        <w:t>i c</w:t>
      </w:r>
      <w:r>
        <w:t>ủ</w:t>
      </w:r>
      <w:r>
        <w:t>a ngư</w:t>
      </w:r>
      <w:r>
        <w:t>ờ</w:t>
      </w:r>
      <w:r>
        <w:t>i còn l</w:t>
      </w:r>
      <w:r>
        <w:t>ạ</w:t>
      </w:r>
      <w:r>
        <w:t>i, có y</w:t>
      </w:r>
      <w:r>
        <w:t>ế</w:t>
      </w:r>
      <w:r>
        <w:t>u t</w:t>
      </w:r>
      <w:r>
        <w:t>ố</w:t>
      </w:r>
      <w:r>
        <w:t xml:space="preserve"> nư</w:t>
      </w:r>
      <w:r>
        <w:t>ớ</w:t>
      </w:r>
      <w:r>
        <w:t>c ngoài ho</w:t>
      </w:r>
      <w:r>
        <w:t>ặ</w:t>
      </w:r>
      <w:r>
        <w:t>c tranh ch</w:t>
      </w:r>
      <w:r>
        <w:t>ấ</w:t>
      </w:r>
      <w:r>
        <w:t>p tài s</w:t>
      </w:r>
      <w:r>
        <w:t>ả</w:t>
      </w:r>
      <w:r>
        <w:t>n ph</w:t>
      </w:r>
      <w:r>
        <w:t>ứ</w:t>
      </w:r>
      <w:r>
        <w:t>c t</w:t>
      </w:r>
      <w:r>
        <w:t>ạ</w:t>
      </w:r>
      <w:r>
        <w:t>p, c</w:t>
      </w:r>
      <w:r>
        <w:t>ầ</w:t>
      </w:r>
      <w:r>
        <w:t>n ki</w:t>
      </w:r>
      <w:r>
        <w:t>ể</w:t>
      </w:r>
      <w:r>
        <w:t>m tra riêng v</w:t>
      </w:r>
      <w:r>
        <w:t>ề</w:t>
      </w:r>
      <w:r>
        <w:t xml:space="preserve"> th</w:t>
      </w:r>
      <w:r>
        <w:t>ẩ</w:t>
      </w:r>
      <w:r>
        <w:t>m quy</w:t>
      </w:r>
      <w:r>
        <w:t>ề</w:t>
      </w:r>
      <w:r>
        <w:t>n và h</w:t>
      </w:r>
      <w:r>
        <w:t>ồ</w:t>
      </w:r>
      <w:r>
        <w:t xml:space="preserve"> sơ.</w:t>
      </w:r>
    </w:p>
    <w:p w:rsidR="00B2748B" w:rsidRDefault="00B2748B"/>
    <w:p w:rsidR="00855D73" w:rsidRPr="00855D73" w:rsidRDefault="00855D73" w:rsidP="00855D73">
      <w:pPr>
        <w:jc w:val="center"/>
        <w:rPr>
          <w:b/>
          <w:sz w:val="40"/>
          <w:szCs w:val="40"/>
        </w:rPr>
      </w:pPr>
      <w:bookmarkStart w:id="0" w:name="_GoBack"/>
      <w:r w:rsidRPr="00855D73">
        <w:rPr>
          <w:b/>
          <w:sz w:val="40"/>
          <w:szCs w:val="40"/>
        </w:rPr>
        <w:t>BẠN CẦN HỖ TRỢ PHÁP LÝ, HỒ SƠ LY HÔN</w:t>
      </w:r>
    </w:p>
    <w:p w:rsidR="00855D73" w:rsidRPr="00855D73" w:rsidRDefault="00855D73" w:rsidP="00855D73">
      <w:pPr>
        <w:jc w:val="both"/>
        <w:rPr>
          <w:b/>
          <w:sz w:val="32"/>
          <w:szCs w:val="32"/>
        </w:rPr>
      </w:pPr>
      <w:r w:rsidRPr="00855D73">
        <w:rPr>
          <w:b/>
          <w:sz w:val="32"/>
          <w:szCs w:val="32"/>
        </w:rPr>
        <w:t>CÔNG TY LUẬT JURION &amp; PARTNERS</w:t>
      </w:r>
    </w:p>
    <w:p w:rsidR="00855D73" w:rsidRDefault="00855D73" w:rsidP="00855D73">
      <w:pPr>
        <w:jc w:val="both"/>
      </w:pPr>
      <w:r w:rsidRPr="00855D73">
        <w:rPr>
          <w:b/>
        </w:rPr>
        <w:t>Địa chỉ:</w:t>
      </w:r>
      <w:r>
        <w:t xml:space="preserve"> </w:t>
      </w:r>
      <w:r w:rsidRPr="00855D73">
        <w:t>108 Trần Đình Xu, Phường Cầu Ông Lãnh, TP. Hồ Chí Minh</w:t>
      </w:r>
    </w:p>
    <w:p w:rsidR="00855D73" w:rsidRDefault="00855D73" w:rsidP="00855D73">
      <w:pPr>
        <w:jc w:val="both"/>
      </w:pPr>
      <w:r w:rsidRPr="00855D73">
        <w:rPr>
          <w:b/>
        </w:rPr>
        <w:t>Điện thoại:</w:t>
      </w:r>
      <w:r>
        <w:t xml:space="preserve"> </w:t>
      </w:r>
      <w:r w:rsidRPr="00855D73">
        <w:t>(+84) 979 053 086</w:t>
      </w:r>
    </w:p>
    <w:p w:rsidR="00B2748B" w:rsidRDefault="00B2748B" w:rsidP="00855D73">
      <w:pPr>
        <w:jc w:val="both"/>
      </w:pPr>
      <w:r w:rsidRPr="00B2748B">
        <w:rPr>
          <w:b/>
        </w:rPr>
        <w:t>Email:</w:t>
      </w:r>
      <w:r>
        <w:t xml:space="preserve"> </w:t>
      </w:r>
      <w:r w:rsidRPr="00B2748B">
        <w:t>contact@jurion.com.vn</w:t>
      </w:r>
    </w:p>
    <w:p w:rsidR="00855D73" w:rsidRDefault="00855D73" w:rsidP="00855D73">
      <w:pPr>
        <w:jc w:val="both"/>
      </w:pPr>
      <w:r w:rsidRPr="00855D73">
        <w:rPr>
          <w:b/>
        </w:rPr>
        <w:t>Website:</w:t>
      </w:r>
      <w:r>
        <w:t xml:space="preserve"> jurion.com.vn – jurionlawyers.com</w:t>
      </w:r>
    </w:p>
    <w:p w:rsidR="00B2748B" w:rsidRDefault="00B2748B" w:rsidP="00855D73">
      <w:pPr>
        <w:jc w:val="both"/>
      </w:pPr>
      <w:r>
        <w:t xml:space="preserve">Hoặc click vào đây để gởi biểu mẫu: </w:t>
      </w:r>
      <w:hyperlink r:id="rId7" w:history="1">
        <w:r w:rsidRPr="00B2748B">
          <w:rPr>
            <w:rStyle w:val="Hyperlink"/>
          </w:rPr>
          <w:t>https://jurion.com.vn/dat-lich-tu-van</w:t>
        </w:r>
      </w:hyperlink>
      <w:bookmarkEnd w:id="0"/>
    </w:p>
    <w:sectPr w:rsidR="00B2748B" w:rsidSect="00034616">
      <w:pgSz w:w="12240" w:h="15840"/>
      <w:pgMar w:top="1020" w:right="1134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3645"/>
    <w:rsid w:val="00830D73"/>
    <w:rsid w:val="00855D73"/>
    <w:rsid w:val="00AA1D8D"/>
    <w:rsid w:val="00B2748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274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27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urion.com.vn/dat-lich-tu-v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019789-6BEA-4E00-9A04-C57F1D1C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4</cp:revision>
  <dcterms:created xsi:type="dcterms:W3CDTF">2013-12-23T23:15:00Z</dcterms:created>
  <dcterms:modified xsi:type="dcterms:W3CDTF">2026-09-13T03:27:00Z</dcterms:modified>
  <cp:category/>
</cp:coreProperties>
</file>