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4DA" w:rsidRDefault="00806248">
      <w:pPr>
        <w:jc w:val="center"/>
      </w:pPr>
      <w:r>
        <w:rPr>
          <w:b/>
        </w:rPr>
        <w:t>CỘNG HÒA XÃ HỘI CHỦ NGHĨA VIỆT NAM</w:t>
      </w:r>
      <w:r>
        <w:rPr>
          <w:b/>
        </w:rPr>
        <w:br/>
        <w:t>Độc lập - Tự do - Hạnh phúc</w:t>
      </w:r>
      <w:r>
        <w:br/>
        <w:t>--------------------</w:t>
      </w:r>
    </w:p>
    <w:p w:rsidR="001174DA" w:rsidRDefault="00806248">
      <w:pPr>
        <w:jc w:val="center"/>
      </w:pPr>
      <w:r>
        <w:rPr>
          <w:b/>
          <w:sz w:val="30"/>
        </w:rPr>
        <w:t>ĐƠN YÊU CẦU</w:t>
      </w:r>
      <w:r>
        <w:rPr>
          <w:b/>
          <w:sz w:val="30"/>
        </w:rPr>
        <w:br/>
        <w:t>GIẢI QUYẾT VIỆC DÂN SỰ</w:t>
      </w:r>
      <w:r>
        <w:rPr>
          <w:i/>
          <w:sz w:val="24"/>
        </w:rPr>
        <w:br/>
        <w:t>(V/v: Công nhận thuận tình ly hôn và thỏa thuận về con chung, tài sản)</w:t>
      </w:r>
    </w:p>
    <w:p w:rsidR="001174DA" w:rsidRDefault="00806248">
      <w:pPr>
        <w:spacing w:after="40"/>
      </w:pPr>
      <w:r>
        <w:rPr>
          <w:b/>
        </w:rPr>
        <w:t>Kính gửi: TÒA ÁN NHÂN DÂN KHU VỰC</w:t>
      </w:r>
      <w:r>
        <w:t xml:space="preserve"> .......................................................</w:t>
      </w:r>
    </w:p>
    <w:p w:rsidR="001174DA" w:rsidRDefault="00806248">
      <w:r>
        <w:rPr>
          <w:b/>
        </w:rPr>
        <w:t>Chúng tôi gồm:</w:t>
      </w:r>
    </w:p>
    <w:p w:rsidR="001174DA" w:rsidRDefault="00806248">
      <w:r>
        <w:rPr>
          <w:b/>
        </w:rPr>
        <w:t>1. Người chồng:</w:t>
      </w:r>
    </w:p>
    <w:p w:rsidR="001174DA" w:rsidRDefault="00806248">
      <w:pPr>
        <w:spacing w:after="40"/>
      </w:pPr>
      <w:r>
        <w:rPr>
          <w:b/>
        </w:rPr>
        <w:t>Họ và tên:</w:t>
      </w:r>
      <w:r>
        <w:t xml:space="preserve"> ...........................................................................</w:t>
      </w:r>
    </w:p>
    <w:p w:rsidR="001174DA" w:rsidRDefault="00806248">
      <w:pPr>
        <w:spacing w:after="40"/>
      </w:pPr>
      <w:r>
        <w:rPr>
          <w:b/>
        </w:rPr>
        <w:t>Ngày, tháng, năm sinh:</w:t>
      </w:r>
      <w:r>
        <w:t xml:space="preserve"> ..............................................................</w:t>
      </w:r>
    </w:p>
    <w:p w:rsidR="001174DA" w:rsidRDefault="00806248">
      <w:pPr>
        <w:spacing w:after="40"/>
      </w:pPr>
      <w:r>
        <w:rPr>
          <w:b/>
        </w:rPr>
        <w:t>Số CCCD/Hộ chiếu:</w:t>
      </w:r>
      <w:r>
        <w:t xml:space="preserve"> ................................................................</w:t>
      </w:r>
    </w:p>
    <w:p w:rsidR="001174DA" w:rsidRDefault="00806248">
      <w:pPr>
        <w:spacing w:after="40"/>
      </w:pPr>
      <w:r>
        <w:rPr>
          <w:b/>
        </w:rPr>
        <w:t>Địa chỉ cư trú:</w:t>
      </w:r>
      <w:r>
        <w:t xml:space="preserve"> ....................................................................</w:t>
      </w:r>
    </w:p>
    <w:p w:rsidR="001174DA" w:rsidRDefault="00806248">
      <w:pPr>
        <w:spacing w:after="40"/>
      </w:pPr>
      <w:r>
        <w:rPr>
          <w:b/>
        </w:rPr>
        <w:t>Số điện thoại:</w:t>
      </w:r>
      <w:r>
        <w:t xml:space="preserve"> ......................................................................</w:t>
      </w:r>
    </w:p>
    <w:p w:rsidR="001174DA" w:rsidRDefault="00806248">
      <w:pPr>
        <w:spacing w:after="40"/>
      </w:pPr>
      <w:r>
        <w:rPr>
          <w:b/>
        </w:rPr>
        <w:t>Địa chỉ thư điện tử (nếu có):</w:t>
      </w:r>
      <w:r>
        <w:t xml:space="preserve"> ..................................................</w:t>
      </w:r>
    </w:p>
    <w:p w:rsidR="001174DA" w:rsidRDefault="00806248">
      <w:r>
        <w:rPr>
          <w:b/>
        </w:rPr>
        <w:t>2. Người vợ:</w:t>
      </w:r>
    </w:p>
    <w:p w:rsidR="001174DA" w:rsidRDefault="00806248">
      <w:pPr>
        <w:spacing w:after="40"/>
      </w:pPr>
      <w:r>
        <w:rPr>
          <w:b/>
        </w:rPr>
        <w:t>Họ và tên:</w:t>
      </w:r>
      <w:r>
        <w:t xml:space="preserve"> ...........................................................................</w:t>
      </w:r>
    </w:p>
    <w:p w:rsidR="001174DA" w:rsidRDefault="00806248">
      <w:pPr>
        <w:spacing w:after="40"/>
      </w:pPr>
      <w:r>
        <w:rPr>
          <w:b/>
        </w:rPr>
        <w:t>Ngày, tháng, năm sinh:</w:t>
      </w:r>
      <w:r>
        <w:t xml:space="preserve"> ..............................................................</w:t>
      </w:r>
    </w:p>
    <w:p w:rsidR="001174DA" w:rsidRDefault="00806248">
      <w:pPr>
        <w:spacing w:after="40"/>
      </w:pPr>
      <w:r>
        <w:rPr>
          <w:b/>
        </w:rPr>
        <w:t>Số CCCD/Hộ chiếu:</w:t>
      </w:r>
      <w:r>
        <w:t xml:space="preserve"> ................................................................</w:t>
      </w:r>
    </w:p>
    <w:p w:rsidR="001174DA" w:rsidRDefault="00806248">
      <w:pPr>
        <w:spacing w:after="40"/>
      </w:pPr>
      <w:r>
        <w:rPr>
          <w:b/>
        </w:rPr>
        <w:t>Địa chỉ cư trú:</w:t>
      </w:r>
      <w:r>
        <w:t xml:space="preserve"> ....................................................................</w:t>
      </w:r>
    </w:p>
    <w:p w:rsidR="001174DA" w:rsidRDefault="00806248">
      <w:pPr>
        <w:spacing w:after="40"/>
      </w:pPr>
      <w:r>
        <w:rPr>
          <w:b/>
        </w:rPr>
        <w:t>Số điện thoại:</w:t>
      </w:r>
      <w:r>
        <w:t xml:space="preserve"> ......................................................................</w:t>
      </w:r>
    </w:p>
    <w:p w:rsidR="001174DA" w:rsidRDefault="00806248">
      <w:pPr>
        <w:spacing w:after="40"/>
      </w:pPr>
      <w:r>
        <w:rPr>
          <w:b/>
        </w:rPr>
        <w:t>Địa chỉ thư điện tử (nếu có):</w:t>
      </w:r>
      <w:r>
        <w:t xml:space="preserve"> ..................................................</w:t>
      </w:r>
    </w:p>
    <w:p w:rsidR="001174DA" w:rsidRDefault="00806248">
      <w:r>
        <w:rPr>
          <w:b/>
        </w:rPr>
        <w:t>Chúng tôi cùng trình bày và kính đề nghị Tòa án giải quyết các vấn đề sau:</w:t>
      </w:r>
    </w:p>
    <w:p w:rsidR="001174DA" w:rsidRDefault="00806248">
      <w:pPr>
        <w:spacing w:before="140"/>
      </w:pPr>
      <w:r>
        <w:rPr>
          <w:b/>
        </w:rPr>
        <w:t>I. VỀ QUAN HỆ HÔN NHÂN</w:t>
      </w:r>
    </w:p>
    <w:p w:rsidR="001174DA" w:rsidRDefault="00806248">
      <w:pPr>
        <w:spacing w:after="40"/>
      </w:pPr>
      <w:r>
        <w:t>Chúng tôi đăng ký kết hôn ngày ...../...../.......... tại ..............................................................</w:t>
      </w:r>
    </w:p>
    <w:p w:rsidR="001174DA" w:rsidRDefault="00806248">
      <w:pPr>
        <w:spacing w:after="40"/>
      </w:pPr>
      <w:r>
        <w:t>........................................................................................................................................</w:t>
      </w:r>
    </w:p>
    <w:p w:rsidR="001174DA" w:rsidRDefault="00806248">
      <w:pPr>
        <w:spacing w:after="40"/>
      </w:pPr>
      <w:r>
        <w:t>Sau khi kết hôn, vợ chồng chung sống tại ....................................................................................</w:t>
      </w:r>
    </w:p>
    <w:p w:rsidR="001174DA" w:rsidRDefault="00806248">
      <w:pPr>
        <w:spacing w:after="40"/>
      </w:pPr>
      <w:r>
        <w:t>Trong quá trình chung sống phát sinh mâu thuẫn do ........................................................................</w:t>
      </w:r>
    </w:p>
    <w:p w:rsidR="001174DA" w:rsidRDefault="00806248">
      <w:pPr>
        <w:spacing w:after="40"/>
      </w:pPr>
      <w:r>
        <w:t>........................................................................................................................................</w:t>
      </w:r>
    </w:p>
    <w:p w:rsidR="001174DA" w:rsidRDefault="00806248">
      <w:pPr>
        <w:spacing w:after="40"/>
      </w:pPr>
      <w:r>
        <w:lastRenderedPageBreak/>
        <w:t>Nay chúng tôi xác định tình cảm vợ chồng không còn, mục đích hôn nhân không đạt được và cả hai hoàn toàn tự nguyện ly hôn. Vì vậy, kính đề nghị Tòa án công nhận thuận tình ly hôn giữa chúng tôi.</w:t>
      </w:r>
    </w:p>
    <w:p w:rsidR="001174DA" w:rsidRDefault="00806248">
      <w:pPr>
        <w:spacing w:before="140"/>
      </w:pPr>
      <w:r>
        <w:rPr>
          <w:b/>
        </w:rPr>
        <w:t>II. VỀ CON CHUNG</w:t>
      </w:r>
    </w:p>
    <w:p w:rsidR="001174DA" w:rsidRDefault="00806248">
      <w:pPr>
        <w:spacing w:after="40"/>
      </w:pPr>
      <w:r>
        <w:t>Chúng tôi có ........ con chung:</w:t>
      </w:r>
    </w:p>
    <w:p w:rsidR="001174DA" w:rsidRDefault="00806248">
      <w:pPr>
        <w:spacing w:after="40"/>
      </w:pPr>
      <w:r>
        <w:t>1. Họ và tên: ........................................................................ Sinh ngày: ...../...../..........</w:t>
      </w:r>
    </w:p>
    <w:p w:rsidR="001174DA" w:rsidRDefault="00806248">
      <w:pPr>
        <w:spacing w:after="40"/>
      </w:pPr>
      <w:r>
        <w:t>2. Họ và tên: ........................................................................ Sinh ngày: ...../...../..........</w:t>
      </w:r>
    </w:p>
    <w:p w:rsidR="001174DA" w:rsidRDefault="00806248">
      <w:pPr>
        <w:spacing w:after="40"/>
      </w:pPr>
      <w:r>
        <w:t>Thỏa thuận người trực tiếp nuôi con sau ly hôn: ..........................................................................</w:t>
      </w:r>
    </w:p>
    <w:p w:rsidR="001174DA" w:rsidRDefault="00806248">
      <w:pPr>
        <w:spacing w:after="40"/>
      </w:pPr>
      <w:r>
        <w:t>........................................................................................................................................</w:t>
      </w:r>
    </w:p>
    <w:p w:rsidR="001174DA" w:rsidRDefault="00806248">
      <w:pPr>
        <w:spacing w:after="40"/>
      </w:pPr>
      <w:r>
        <w:t>Thỏa thuận về cấp dưỡng nuôi con: ..............................................................................................</w:t>
      </w:r>
    </w:p>
    <w:p w:rsidR="001174DA" w:rsidRDefault="00806248">
      <w:pPr>
        <w:spacing w:after="40"/>
      </w:pPr>
      <w:r>
        <w:t>........................................................................................................................................</w:t>
      </w:r>
    </w:p>
    <w:p w:rsidR="001174DA" w:rsidRDefault="00806248">
      <w:pPr>
        <w:spacing w:after="40"/>
      </w:pPr>
      <w:r>
        <w:t>(Nếu không có con chung, ghi: “Không có”.)</w:t>
      </w:r>
    </w:p>
    <w:p w:rsidR="001174DA" w:rsidRDefault="00806248">
      <w:pPr>
        <w:spacing w:before="140"/>
      </w:pPr>
      <w:r>
        <w:rPr>
          <w:b/>
        </w:rPr>
        <w:t>III. VỀ TÀI SẢN CHUNG</w:t>
      </w:r>
    </w:p>
    <w:p w:rsidR="001174DA" w:rsidRDefault="00806248">
      <w:pPr>
        <w:spacing w:after="40"/>
      </w:pPr>
      <w:r>
        <w:t>□ Không có tài sản chung.</w:t>
      </w:r>
    </w:p>
    <w:p w:rsidR="001174DA" w:rsidRDefault="00806248">
      <w:pPr>
        <w:spacing w:after="40"/>
      </w:pPr>
      <w:r>
        <w:t>□ Có tài sản chung nhưng hai bên tự thỏa thuận, không yêu cầu Tòa án giải quyết.</w:t>
      </w:r>
    </w:p>
    <w:p w:rsidR="001174DA" w:rsidRDefault="00806248">
      <w:pPr>
        <w:spacing w:after="40"/>
      </w:pPr>
      <w:r>
        <w:t>□ Đề nghị Tòa án công nhận thỏa thuận về tài sản như sau:</w:t>
      </w:r>
    </w:p>
    <w:p w:rsidR="001174DA" w:rsidRDefault="00806248">
      <w:pPr>
        <w:spacing w:after="40"/>
      </w:pPr>
      <w:r>
        <w:t>........................................................................................................................................</w:t>
      </w:r>
    </w:p>
    <w:p w:rsidR="001174DA" w:rsidRDefault="00806248">
      <w:pPr>
        <w:spacing w:after="40"/>
      </w:pPr>
      <w:r>
        <w:t>........................................................................................................................................</w:t>
      </w:r>
    </w:p>
    <w:p w:rsidR="001174DA" w:rsidRDefault="00806248">
      <w:pPr>
        <w:spacing w:after="40"/>
      </w:pPr>
      <w:r>
        <w:t>........................................................................................................................................</w:t>
      </w:r>
    </w:p>
    <w:p w:rsidR="001174DA" w:rsidRDefault="00806248">
      <w:pPr>
        <w:spacing w:before="140"/>
      </w:pPr>
      <w:r>
        <w:rPr>
          <w:b/>
        </w:rPr>
        <w:t>IV. VỀ NGHĨA VỤ TÀI SẢN, NỢ CHUNG</w:t>
      </w:r>
    </w:p>
    <w:p w:rsidR="001174DA" w:rsidRDefault="00806248">
      <w:pPr>
        <w:spacing w:after="40"/>
      </w:pPr>
      <w:r>
        <w:t>□ Không có.</w:t>
      </w:r>
    </w:p>
    <w:p w:rsidR="001174DA" w:rsidRDefault="00806248">
      <w:pPr>
        <w:spacing w:after="40"/>
      </w:pPr>
      <w:r>
        <w:t>□ Có nhưng hai bên tự thỏa thuận, không yêu cầu Tòa án giải quyết.</w:t>
      </w:r>
    </w:p>
    <w:p w:rsidR="001174DA" w:rsidRDefault="00806248">
      <w:pPr>
        <w:spacing w:after="40"/>
      </w:pPr>
      <w:r>
        <w:t>□ Đề nghị Tòa án công nhận/giải quyết như sau:</w:t>
      </w:r>
    </w:p>
    <w:p w:rsidR="001174DA" w:rsidRDefault="00806248">
      <w:pPr>
        <w:spacing w:after="40"/>
      </w:pPr>
      <w:r>
        <w:t>........................................................................................................................................</w:t>
      </w:r>
    </w:p>
    <w:p w:rsidR="001174DA" w:rsidRDefault="00806248">
      <w:pPr>
        <w:spacing w:after="40"/>
      </w:pPr>
      <w:r>
        <w:t>........................................................................................................................................</w:t>
      </w:r>
    </w:p>
    <w:p w:rsidR="001174DA" w:rsidRDefault="00806248">
      <w:pPr>
        <w:spacing w:before="140"/>
      </w:pPr>
      <w:r>
        <w:rPr>
          <w:b/>
        </w:rPr>
        <w:t>V. YÊU CẦU TÒA ÁN GIẢI QUYẾT</w:t>
      </w:r>
    </w:p>
    <w:p w:rsidR="001174DA" w:rsidRDefault="00806248">
      <w:pPr>
        <w:spacing w:after="40"/>
      </w:pPr>
      <w:r>
        <w:t>Kính đề nghị Tòa án:</w:t>
      </w:r>
    </w:p>
    <w:p w:rsidR="001174DA" w:rsidRDefault="00806248">
      <w:pPr>
        <w:spacing w:after="40"/>
      </w:pPr>
      <w:r>
        <w:t>1. Công nhận sự thuận tình ly hôn của chúng tôi.</w:t>
      </w:r>
    </w:p>
    <w:p w:rsidR="001174DA" w:rsidRDefault="00806248">
      <w:pPr>
        <w:spacing w:after="40"/>
      </w:pPr>
      <w:r>
        <w:t>2. Công nhận thỏa thuận về việc trông nom, nuôi dưỡng, chăm sóc, giáo dục con và cấp dưỡng (nếu có) như nội dung nêu trên.</w:t>
      </w:r>
    </w:p>
    <w:p w:rsidR="001174DA" w:rsidRDefault="00806248">
      <w:pPr>
        <w:spacing w:after="40"/>
      </w:pPr>
      <w:r>
        <w:t>3. Công nhận thỏa thuận về tài sản chung, nghĩa vụ tài sản (nếu có) theo nội dung nêu trên.</w:t>
      </w:r>
    </w:p>
    <w:p w:rsidR="001174DA" w:rsidRDefault="00806248">
      <w:pPr>
        <w:spacing w:before="140"/>
      </w:pPr>
      <w:r>
        <w:rPr>
          <w:b/>
        </w:rPr>
        <w:lastRenderedPageBreak/>
        <w:t>VI. TÀI LIỆU, CHỨNG CỨ KÈM THEO</w:t>
      </w:r>
    </w:p>
    <w:p w:rsidR="001174DA" w:rsidRDefault="00806248">
      <w:pPr>
        <w:spacing w:after="40"/>
      </w:pPr>
      <w:r>
        <w:t>1. Bản chính Giấy chứng nhận kết hôn;</w:t>
      </w:r>
    </w:p>
    <w:p w:rsidR="001174DA" w:rsidRDefault="00806248">
      <w:pPr>
        <w:spacing w:after="40"/>
      </w:pPr>
      <w:r>
        <w:t>2. Bản sao giấy tờ tùy thân của vợ và chồng;</w:t>
      </w:r>
    </w:p>
    <w:p w:rsidR="001174DA" w:rsidRDefault="00806248">
      <w:pPr>
        <w:spacing w:after="40"/>
      </w:pPr>
      <w:r>
        <w:t>3. Bản sao giấy khai sinh của con (nếu có);</w:t>
      </w:r>
    </w:p>
    <w:p w:rsidR="001174DA" w:rsidRDefault="00806248">
      <w:pPr>
        <w:spacing w:after="40"/>
      </w:pPr>
      <w:r>
        <w:t>4. Tài liệu về tài sản, nghĩa vụ tài chính (nếu yêu cầu giải quyết);</w:t>
      </w:r>
    </w:p>
    <w:p w:rsidR="001174DA" w:rsidRDefault="00806248">
      <w:pPr>
        <w:spacing w:after="40"/>
      </w:pPr>
      <w:r>
        <w:t>5. Các tài liệu, chứng cứ khác: ....................................................................................................</w:t>
      </w:r>
    </w:p>
    <w:p w:rsidR="001174DA" w:rsidRDefault="00806248">
      <w:r>
        <w:t>Chúng tôi cam đoan những nội dung trình bày trên và tài liệu gửi kèm là đúng sự thật, việc thuận tình ly hôn và các thỏa thuận là hoàn toàn tự nguyện; kính đề nghị Tòa án xem xét, giải quyết theo quy định pháp luật.</w:t>
      </w:r>
    </w:p>
    <w:p w:rsidR="001174DA" w:rsidRDefault="00806248">
      <w:pPr>
        <w:jc w:val="right"/>
      </w:pPr>
      <w:r>
        <w:rPr>
          <w:i/>
        </w:rPr>
        <w:t>...................., ngày ...... tháng ...... năm 2026</w:t>
      </w:r>
    </w:p>
    <w:tbl>
      <w:tblPr>
        <w:tblW w:w="0" w:type="auto"/>
        <w:jc w:val="center"/>
        <w:tblLayout w:type="fixed"/>
        <w:tblLook w:val="04A0" w:firstRow="1" w:lastRow="0" w:firstColumn="1" w:lastColumn="0" w:noHBand="0" w:noVBand="1"/>
      </w:tblPr>
      <w:tblGrid>
        <w:gridCol w:w="4535"/>
        <w:gridCol w:w="4535"/>
      </w:tblGrid>
      <w:tr w:rsidR="001174DA">
        <w:trPr>
          <w:jc w:val="center"/>
        </w:trPr>
        <w:tc>
          <w:tcPr>
            <w:tcW w:w="4535" w:type="dxa"/>
          </w:tcPr>
          <w:p w:rsidR="001174DA" w:rsidRDefault="00806248">
            <w:pPr>
              <w:jc w:val="center"/>
            </w:pPr>
            <w:r>
              <w:rPr>
                <w:b/>
              </w:rPr>
              <w:t>NGƯỜI CHỒNG</w:t>
            </w:r>
            <w:r>
              <w:rPr>
                <w:i/>
              </w:rPr>
              <w:br/>
              <w:t>(Ký và ghi rõ họ tên)</w:t>
            </w:r>
            <w:r>
              <w:br/>
            </w:r>
            <w:r>
              <w:br/>
            </w:r>
            <w:r>
              <w:br/>
            </w:r>
            <w:r>
              <w:br/>
            </w:r>
            <w:r>
              <w:br/>
            </w:r>
          </w:p>
        </w:tc>
        <w:tc>
          <w:tcPr>
            <w:tcW w:w="4535" w:type="dxa"/>
          </w:tcPr>
          <w:p w:rsidR="001174DA" w:rsidRDefault="00806248">
            <w:pPr>
              <w:jc w:val="center"/>
            </w:pPr>
            <w:r>
              <w:rPr>
                <w:b/>
              </w:rPr>
              <w:t>NGƯỜI VỢ</w:t>
            </w:r>
            <w:r>
              <w:rPr>
                <w:i/>
              </w:rPr>
              <w:br/>
              <w:t>(Ký và ghi rõ họ tên)</w:t>
            </w:r>
            <w:r>
              <w:br/>
            </w:r>
            <w:r>
              <w:br/>
            </w:r>
            <w:r>
              <w:br/>
            </w:r>
            <w:r>
              <w:br/>
            </w:r>
            <w:r>
              <w:br/>
            </w:r>
          </w:p>
        </w:tc>
      </w:tr>
    </w:tbl>
    <w:p w:rsidR="001174DA" w:rsidRDefault="00806248">
      <w:r>
        <w:br w:type="page"/>
      </w:r>
    </w:p>
    <w:p w:rsidR="001174DA" w:rsidRDefault="00806248">
      <w:pPr>
        <w:jc w:val="center"/>
      </w:pPr>
      <w:r>
        <w:rPr>
          <w:b/>
          <w:sz w:val="30"/>
        </w:rPr>
        <w:lastRenderedPageBreak/>
        <w:t>HƯỚNG DẪN ĐIỀN NHANH</w:t>
      </w:r>
    </w:p>
    <w:p w:rsidR="001174DA" w:rsidRDefault="00806248">
      <w:pPr>
        <w:spacing w:after="100"/>
      </w:pPr>
      <w:r>
        <w:t>1. Ghi đúng tên Tòa án nhân dân khu vực có thẩm quyền theo quy định hiện hành.</w:t>
      </w:r>
    </w:p>
    <w:p w:rsidR="001174DA" w:rsidRDefault="00806248">
      <w:pPr>
        <w:spacing w:after="100"/>
      </w:pPr>
      <w:r>
        <w:t>2. Thông tin vợ/chồng phải thống nhất với CCCD/hộ chiếu và giấy chứng nhận kết hôn.</w:t>
      </w:r>
    </w:p>
    <w:p w:rsidR="001174DA" w:rsidRDefault="00806248">
      <w:pPr>
        <w:spacing w:after="100"/>
      </w:pPr>
      <w:r>
        <w:t>3. Phần con chung cần ghi rõ người trực tiếp nuôi, mức/phương thức cấp dưỡng nếu có.</w:t>
      </w:r>
    </w:p>
    <w:p w:rsidR="001174DA" w:rsidRDefault="00806248">
      <w:pPr>
        <w:spacing w:after="100"/>
      </w:pPr>
      <w:r>
        <w:t>4. Phân biệt rõ “không có tài sản chung” với “có tài sản nhưng không yêu cầu Tòa án giải quyết”.</w:t>
      </w:r>
    </w:p>
    <w:p w:rsidR="001174DA" w:rsidRDefault="00806248">
      <w:pPr>
        <w:spacing w:after="100"/>
      </w:pPr>
      <w:r>
        <w:t>5. Nếu có tài sản, nợ, yếu tố nước ngoài hoặc thỏa thuận phức tạp, nên kiểm tra hồ sơ cụ thể trước khi nộp.</w:t>
      </w:r>
    </w:p>
    <w:p w:rsidR="001174DA" w:rsidRDefault="00806248">
      <w:pPr>
        <w:spacing w:after="100"/>
      </w:pPr>
      <w:r>
        <w:t>6. Đây là mẫu tham khảo được biên soạn theo cấu trúc Mẫu số 01-VDS; Tòa án có thể yêu cầu bổ sung thông tin/tài liệu tùy vụ việc.</w:t>
      </w:r>
    </w:p>
    <w:p w:rsidR="00B12248" w:rsidRDefault="00B12248">
      <w:pPr>
        <w:spacing w:after="100"/>
      </w:pPr>
    </w:p>
    <w:p w:rsidR="00B12248" w:rsidRPr="00855D73" w:rsidRDefault="00B12248" w:rsidP="00B12248">
      <w:pPr>
        <w:jc w:val="center"/>
        <w:rPr>
          <w:b/>
          <w:sz w:val="40"/>
          <w:szCs w:val="40"/>
        </w:rPr>
      </w:pPr>
      <w:r w:rsidRPr="00855D73">
        <w:rPr>
          <w:b/>
          <w:sz w:val="40"/>
          <w:szCs w:val="40"/>
        </w:rPr>
        <w:t>BẠN CẦN HỖ TRỢ PHÁP LÝ, HỒ SƠ LY HÔN</w:t>
      </w:r>
    </w:p>
    <w:p w:rsidR="00B12248" w:rsidRPr="00855D73" w:rsidRDefault="00B12248" w:rsidP="00B12248">
      <w:pPr>
        <w:jc w:val="both"/>
        <w:rPr>
          <w:b/>
          <w:sz w:val="32"/>
          <w:szCs w:val="32"/>
        </w:rPr>
      </w:pPr>
      <w:r w:rsidRPr="00855D73">
        <w:rPr>
          <w:b/>
          <w:sz w:val="32"/>
          <w:szCs w:val="32"/>
        </w:rPr>
        <w:t>CÔNG TY LUẬT JURION &amp; PARTNERS</w:t>
      </w:r>
    </w:p>
    <w:p w:rsidR="00B12248" w:rsidRDefault="00B12248" w:rsidP="00B12248">
      <w:pPr>
        <w:jc w:val="both"/>
      </w:pPr>
      <w:r w:rsidRPr="00855D73">
        <w:rPr>
          <w:b/>
        </w:rPr>
        <w:t>Địa chỉ:</w:t>
      </w:r>
      <w:r>
        <w:t xml:space="preserve"> </w:t>
      </w:r>
      <w:r w:rsidRPr="00855D73">
        <w:t>108 Trần Đình Xu, Phường Cầu Ông Lãnh, TP. Hồ Chí Minh</w:t>
      </w:r>
    </w:p>
    <w:p w:rsidR="00B12248" w:rsidRDefault="00B12248" w:rsidP="00B12248">
      <w:pPr>
        <w:jc w:val="both"/>
      </w:pPr>
      <w:r w:rsidRPr="00855D73">
        <w:rPr>
          <w:b/>
        </w:rPr>
        <w:t>Điện thoại:</w:t>
      </w:r>
      <w:r>
        <w:t xml:space="preserve"> </w:t>
      </w:r>
      <w:r w:rsidRPr="00855D73">
        <w:t>(+84) 979 053 086</w:t>
      </w:r>
    </w:p>
    <w:p w:rsidR="00B12248" w:rsidRDefault="00B12248" w:rsidP="00B12248">
      <w:pPr>
        <w:jc w:val="both"/>
      </w:pPr>
      <w:r w:rsidRPr="00B2748B">
        <w:rPr>
          <w:b/>
        </w:rPr>
        <w:t>Email:</w:t>
      </w:r>
      <w:r>
        <w:t xml:space="preserve"> </w:t>
      </w:r>
      <w:r w:rsidRPr="00B2748B">
        <w:t>contact@jurion.com.vn</w:t>
      </w:r>
    </w:p>
    <w:p w:rsidR="00B12248" w:rsidRDefault="00B12248" w:rsidP="00B12248">
      <w:pPr>
        <w:jc w:val="both"/>
      </w:pPr>
      <w:r w:rsidRPr="00855D73">
        <w:rPr>
          <w:b/>
        </w:rPr>
        <w:t>Website:</w:t>
      </w:r>
      <w:r>
        <w:t xml:space="preserve"> jurion.com.vn – jurionlawyers.com</w:t>
      </w:r>
    </w:p>
    <w:p w:rsidR="00B12248" w:rsidRDefault="00B12248" w:rsidP="00B12248">
      <w:pPr>
        <w:jc w:val="both"/>
      </w:pPr>
      <w:r>
        <w:t xml:space="preserve">Hoặc click vào đây để gởi biểu mẫu: </w:t>
      </w:r>
      <w:hyperlink r:id="rId7" w:history="1">
        <w:r w:rsidRPr="00B2748B">
          <w:rPr>
            <w:rStyle w:val="Hyperlink"/>
          </w:rPr>
          <w:t>https://jurion.com.vn/dat-lich-tu-van</w:t>
        </w:r>
      </w:hyperlink>
    </w:p>
    <w:p w:rsidR="00B12248" w:rsidRDefault="00B12248">
      <w:pPr>
        <w:spacing w:after="100"/>
      </w:pPr>
      <w:bookmarkStart w:id="0" w:name="_GoBack"/>
      <w:bookmarkEnd w:id="0"/>
    </w:p>
    <w:sectPr w:rsidR="00B12248" w:rsidSect="00034616">
      <w:pgSz w:w="12240" w:h="15840"/>
      <w:pgMar w:top="1020" w:right="1134" w:bottom="102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174DA"/>
    <w:rsid w:val="0015074B"/>
    <w:rsid w:val="0029639D"/>
    <w:rsid w:val="00326F90"/>
    <w:rsid w:val="00806248"/>
    <w:rsid w:val="00AA1D8D"/>
    <w:rsid w:val="00B12248"/>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122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122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jurion.com.vn/dat-lich-tu-v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159A7-5C98-4570-8748-3469E2988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6152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PC</cp:lastModifiedBy>
  <cp:revision>3</cp:revision>
  <dcterms:created xsi:type="dcterms:W3CDTF">2013-12-23T23:15:00Z</dcterms:created>
  <dcterms:modified xsi:type="dcterms:W3CDTF">2026-09-13T03:27:00Z</dcterms:modified>
  <cp:category/>
</cp:coreProperties>
</file>